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6FAD909" w14:textId="77777777" w:rsidR="00FD5F68" w:rsidRDefault="000643FB">
      <w:pPr>
        <w:spacing w:after="100"/>
        <w:jc w:val="center"/>
      </w:pPr>
      <w:r>
        <w:rPr>
          <w:noProof/>
        </w:rPr>
        <w:drawing>
          <wp:inline distT="0" distB="0" distL="0" distR="0" wp14:anchorId="070EC228" wp14:editId="5C3B30A7">
            <wp:extent cx="1417320" cy="1306769"/>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w-logo-no-tagline.png"/>
                    <pic:cNvPicPr/>
                  </pic:nvPicPr>
                  <pic:blipFill>
                    <a:blip r:embed="rId11"/>
                    <a:stretch>
                      <a:fillRect/>
                    </a:stretch>
                  </pic:blipFill>
                  <pic:spPr>
                    <a:xfrm>
                      <a:off x="0" y="0"/>
                      <a:ext cx="1417320" cy="1306769"/>
                    </a:xfrm>
                    <a:prstGeom prst="rect">
                      <a:avLst/>
                    </a:prstGeom>
                  </pic:spPr>
                </pic:pic>
              </a:graphicData>
            </a:graphic>
          </wp:inline>
        </w:drawing>
      </w:r>
    </w:p>
    <w:p w14:paraId="52180BCD" w14:textId="09661551" w:rsidR="00366DAB" w:rsidRDefault="00EC6A60">
      <w:pPr>
        <w:jc w:val="center"/>
        <w:rPr>
          <w:b/>
          <w:sz w:val="32"/>
        </w:rPr>
      </w:pPr>
      <w:r w:rsidRPr="009B4084">
        <w:rPr>
          <w:b/>
          <w:sz w:val="32"/>
        </w:rPr>
        <w:t xml:space="preserve">Customer </w:t>
      </w:r>
      <w:r w:rsidR="009B4084" w:rsidRPr="009B4084">
        <w:rPr>
          <w:b/>
          <w:sz w:val="32"/>
        </w:rPr>
        <w:t>Relations</w:t>
      </w:r>
      <w:r w:rsidR="00192056" w:rsidRPr="009B4084">
        <w:rPr>
          <w:b/>
          <w:sz w:val="32"/>
        </w:rPr>
        <w:t xml:space="preserve"> </w:t>
      </w:r>
      <w:r w:rsidRPr="009B4084">
        <w:rPr>
          <w:b/>
          <w:sz w:val="32"/>
        </w:rPr>
        <w:t>Representative</w:t>
      </w:r>
    </w:p>
    <w:p w14:paraId="163E77EA" w14:textId="6C8C013A" w:rsidR="00FD5F68" w:rsidRDefault="000643FB">
      <w:pPr>
        <w:jc w:val="center"/>
      </w:pPr>
      <w:r>
        <w:rPr>
          <w:i/>
        </w:rPr>
        <w:t>Proven Winners, Inc.</w:t>
      </w:r>
    </w:p>
    <w:tbl>
      <w:tblPr>
        <w:tblW w:w="0" w:type="auto"/>
        <w:jc w:val="center"/>
        <w:tblLayout w:type="fixed"/>
        <w:tblLook w:val="04A0" w:firstRow="1" w:lastRow="0" w:firstColumn="1" w:lastColumn="0" w:noHBand="0" w:noVBand="1"/>
      </w:tblPr>
      <w:tblGrid>
        <w:gridCol w:w="2943"/>
        <w:gridCol w:w="6770"/>
      </w:tblGrid>
      <w:tr w:rsidR="00FD5F68" w14:paraId="2855301D" w14:textId="77777777" w:rsidTr="00446620">
        <w:trPr>
          <w:trHeight w:val="289"/>
          <w:jc w:val="center"/>
        </w:trPr>
        <w:tc>
          <w:tcPr>
            <w:tcW w:w="2943" w:type="dxa"/>
            <w:shd w:val="clear" w:color="auto" w:fill="E6EFD9"/>
            <w:tcMar>
              <w:top w:w="60" w:type="dxa"/>
              <w:left w:w="90" w:type="dxa"/>
              <w:bottom w:w="60" w:type="dxa"/>
              <w:right w:w="90" w:type="dxa"/>
            </w:tcMar>
            <w:vAlign w:val="center"/>
          </w:tcPr>
          <w:p w14:paraId="758B09E5" w14:textId="77777777" w:rsidR="00FD5F68" w:rsidRDefault="000643FB">
            <w:pPr>
              <w:spacing w:after="0" w:line="259" w:lineRule="auto"/>
            </w:pPr>
            <w:r>
              <w:rPr>
                <w:b/>
                <w:sz w:val="20"/>
              </w:rPr>
              <w:t>Department</w:t>
            </w:r>
          </w:p>
        </w:tc>
        <w:tc>
          <w:tcPr>
            <w:tcW w:w="6770" w:type="dxa"/>
            <w:shd w:val="clear" w:color="auto" w:fill="F8FBF3"/>
            <w:tcMar>
              <w:top w:w="60" w:type="dxa"/>
              <w:left w:w="90" w:type="dxa"/>
              <w:bottom w:w="60" w:type="dxa"/>
              <w:right w:w="90" w:type="dxa"/>
            </w:tcMar>
            <w:vAlign w:val="center"/>
          </w:tcPr>
          <w:p w14:paraId="720797BD" w14:textId="7DBA6BFE" w:rsidR="00FD5F68" w:rsidRPr="000B6BD0" w:rsidRDefault="00EC6A60">
            <w:pPr>
              <w:spacing w:after="0" w:line="259" w:lineRule="auto"/>
              <w:rPr>
                <w:sz w:val="20"/>
                <w:szCs w:val="20"/>
              </w:rPr>
            </w:pPr>
            <w:r>
              <w:rPr>
                <w:sz w:val="20"/>
                <w:szCs w:val="20"/>
              </w:rPr>
              <w:t>Customer Relations</w:t>
            </w:r>
          </w:p>
        </w:tc>
      </w:tr>
      <w:tr w:rsidR="00FD5F68" w14:paraId="260A98E4" w14:textId="77777777" w:rsidTr="00446620">
        <w:trPr>
          <w:trHeight w:val="273"/>
          <w:jc w:val="center"/>
        </w:trPr>
        <w:tc>
          <w:tcPr>
            <w:tcW w:w="2943" w:type="dxa"/>
            <w:shd w:val="clear" w:color="auto" w:fill="E6EFD9"/>
            <w:tcMar>
              <w:top w:w="60" w:type="dxa"/>
              <w:left w:w="90" w:type="dxa"/>
              <w:bottom w:w="60" w:type="dxa"/>
              <w:right w:w="90" w:type="dxa"/>
            </w:tcMar>
            <w:vAlign w:val="center"/>
          </w:tcPr>
          <w:p w14:paraId="67238526" w14:textId="77777777" w:rsidR="00FD5F68" w:rsidRDefault="000643FB">
            <w:pPr>
              <w:spacing w:after="0" w:line="259" w:lineRule="auto"/>
            </w:pPr>
            <w:r>
              <w:rPr>
                <w:b/>
                <w:sz w:val="20"/>
              </w:rPr>
              <w:t>Reports To</w:t>
            </w:r>
          </w:p>
        </w:tc>
        <w:tc>
          <w:tcPr>
            <w:tcW w:w="6770" w:type="dxa"/>
            <w:shd w:val="clear" w:color="auto" w:fill="F8FBF3"/>
            <w:tcMar>
              <w:top w:w="60" w:type="dxa"/>
              <w:left w:w="90" w:type="dxa"/>
              <w:bottom w:w="60" w:type="dxa"/>
              <w:right w:w="90" w:type="dxa"/>
            </w:tcMar>
            <w:vAlign w:val="center"/>
          </w:tcPr>
          <w:p w14:paraId="58B800FC" w14:textId="73242AE1" w:rsidR="00FD5F68" w:rsidRDefault="00EC6A60">
            <w:pPr>
              <w:spacing w:after="0" w:line="259" w:lineRule="auto"/>
            </w:pPr>
            <w:r>
              <w:rPr>
                <w:sz w:val="20"/>
              </w:rPr>
              <w:t>Customer Relations Manager</w:t>
            </w:r>
          </w:p>
        </w:tc>
      </w:tr>
      <w:tr w:rsidR="00FD5F68" w14:paraId="760DDA71" w14:textId="77777777" w:rsidTr="00446620">
        <w:trPr>
          <w:trHeight w:val="289"/>
          <w:jc w:val="center"/>
        </w:trPr>
        <w:tc>
          <w:tcPr>
            <w:tcW w:w="2943" w:type="dxa"/>
            <w:shd w:val="clear" w:color="auto" w:fill="E6EFD9"/>
            <w:tcMar>
              <w:top w:w="60" w:type="dxa"/>
              <w:left w:w="90" w:type="dxa"/>
              <w:bottom w:w="60" w:type="dxa"/>
              <w:right w:w="90" w:type="dxa"/>
            </w:tcMar>
            <w:vAlign w:val="center"/>
          </w:tcPr>
          <w:p w14:paraId="7F983865" w14:textId="77777777" w:rsidR="00FD5F68" w:rsidRDefault="000643FB">
            <w:pPr>
              <w:spacing w:after="0" w:line="259" w:lineRule="auto"/>
            </w:pPr>
            <w:r>
              <w:rPr>
                <w:b/>
                <w:sz w:val="20"/>
              </w:rPr>
              <w:t>Classification</w:t>
            </w:r>
          </w:p>
        </w:tc>
        <w:tc>
          <w:tcPr>
            <w:tcW w:w="6770" w:type="dxa"/>
            <w:shd w:val="clear" w:color="auto" w:fill="F8FBF3"/>
            <w:tcMar>
              <w:top w:w="60" w:type="dxa"/>
              <w:left w:w="90" w:type="dxa"/>
              <w:bottom w:w="60" w:type="dxa"/>
              <w:right w:w="90" w:type="dxa"/>
            </w:tcMar>
            <w:vAlign w:val="center"/>
          </w:tcPr>
          <w:p w14:paraId="0DB8652B" w14:textId="01A57BD0" w:rsidR="00FD5F68" w:rsidRDefault="000643FB">
            <w:pPr>
              <w:spacing w:after="0" w:line="259" w:lineRule="auto"/>
            </w:pPr>
            <w:r>
              <w:rPr>
                <w:sz w:val="20"/>
              </w:rPr>
              <w:t xml:space="preserve">Full Time, </w:t>
            </w:r>
            <w:r w:rsidR="00D763E1">
              <w:rPr>
                <w:sz w:val="20"/>
              </w:rPr>
              <w:t>Year-Round</w:t>
            </w:r>
            <w:r>
              <w:rPr>
                <w:sz w:val="20"/>
              </w:rPr>
              <w:t xml:space="preserve">, </w:t>
            </w:r>
            <w:r w:rsidR="003B733D">
              <w:rPr>
                <w:sz w:val="20"/>
              </w:rPr>
              <w:t>Non-</w:t>
            </w:r>
            <w:r>
              <w:rPr>
                <w:sz w:val="20"/>
              </w:rPr>
              <w:t>Exempt</w:t>
            </w:r>
          </w:p>
        </w:tc>
      </w:tr>
      <w:tr w:rsidR="00D763E1" w14:paraId="09EC92C8" w14:textId="77777777" w:rsidTr="00446620">
        <w:trPr>
          <w:trHeight w:val="273"/>
          <w:jc w:val="center"/>
        </w:trPr>
        <w:tc>
          <w:tcPr>
            <w:tcW w:w="2943" w:type="dxa"/>
            <w:shd w:val="clear" w:color="auto" w:fill="E6EFD9"/>
            <w:tcMar>
              <w:top w:w="60" w:type="dxa"/>
              <w:left w:w="90" w:type="dxa"/>
              <w:bottom w:w="60" w:type="dxa"/>
              <w:right w:w="90" w:type="dxa"/>
            </w:tcMar>
            <w:vAlign w:val="center"/>
          </w:tcPr>
          <w:p w14:paraId="6B893798" w14:textId="5BFE35EA" w:rsidR="00D763E1" w:rsidRDefault="00D763E1">
            <w:pPr>
              <w:spacing w:after="0" w:line="259" w:lineRule="auto"/>
              <w:rPr>
                <w:b/>
                <w:sz w:val="20"/>
              </w:rPr>
            </w:pPr>
            <w:r>
              <w:rPr>
                <w:b/>
                <w:sz w:val="20"/>
              </w:rPr>
              <w:t>Location</w:t>
            </w:r>
          </w:p>
        </w:tc>
        <w:tc>
          <w:tcPr>
            <w:tcW w:w="6770" w:type="dxa"/>
            <w:shd w:val="clear" w:color="auto" w:fill="F8FBF3"/>
            <w:tcMar>
              <w:top w:w="60" w:type="dxa"/>
              <w:left w:w="90" w:type="dxa"/>
              <w:bottom w:w="60" w:type="dxa"/>
              <w:right w:w="90" w:type="dxa"/>
            </w:tcMar>
            <w:vAlign w:val="center"/>
          </w:tcPr>
          <w:p w14:paraId="0A26B4A3" w14:textId="2F9084B9" w:rsidR="00D763E1" w:rsidRPr="009B4084" w:rsidRDefault="009B4084">
            <w:pPr>
              <w:spacing w:after="0" w:line="259" w:lineRule="auto"/>
              <w:rPr>
                <w:sz w:val="20"/>
              </w:rPr>
            </w:pPr>
            <w:r w:rsidRPr="009B4084">
              <w:rPr>
                <w:sz w:val="20"/>
              </w:rPr>
              <w:t>Hybrid</w:t>
            </w:r>
            <w:r w:rsidR="00446620" w:rsidRPr="009B4084">
              <w:rPr>
                <w:sz w:val="20"/>
              </w:rPr>
              <w:t xml:space="preserve">, based out of </w:t>
            </w:r>
            <w:r w:rsidRPr="009B4084">
              <w:rPr>
                <w:sz w:val="20"/>
              </w:rPr>
              <w:t>Loudon, New Hampshire</w:t>
            </w:r>
          </w:p>
        </w:tc>
      </w:tr>
      <w:tr w:rsidR="00FD5F68" w14:paraId="559B1DD9" w14:textId="77777777" w:rsidTr="00446620">
        <w:trPr>
          <w:trHeight w:val="514"/>
          <w:jc w:val="center"/>
        </w:trPr>
        <w:tc>
          <w:tcPr>
            <w:tcW w:w="2943" w:type="dxa"/>
            <w:shd w:val="clear" w:color="auto" w:fill="E6EFD9"/>
            <w:tcMar>
              <w:top w:w="60" w:type="dxa"/>
              <w:left w:w="90" w:type="dxa"/>
              <w:bottom w:w="60" w:type="dxa"/>
              <w:right w:w="90" w:type="dxa"/>
            </w:tcMar>
            <w:vAlign w:val="center"/>
          </w:tcPr>
          <w:p w14:paraId="0C820742" w14:textId="77777777" w:rsidR="00FD5F68" w:rsidRDefault="000643FB">
            <w:pPr>
              <w:spacing w:after="0" w:line="259" w:lineRule="auto"/>
            </w:pPr>
            <w:r>
              <w:rPr>
                <w:b/>
                <w:sz w:val="20"/>
              </w:rPr>
              <w:t>Schedule / Travel</w:t>
            </w:r>
          </w:p>
        </w:tc>
        <w:tc>
          <w:tcPr>
            <w:tcW w:w="6770" w:type="dxa"/>
            <w:shd w:val="clear" w:color="auto" w:fill="F8FBF3"/>
            <w:tcMar>
              <w:top w:w="60" w:type="dxa"/>
              <w:left w:w="90" w:type="dxa"/>
              <w:bottom w:w="60" w:type="dxa"/>
              <w:right w:w="90" w:type="dxa"/>
            </w:tcMar>
            <w:vAlign w:val="center"/>
          </w:tcPr>
          <w:p w14:paraId="735D1929" w14:textId="1BAA2ED2" w:rsidR="00FD5F68" w:rsidRPr="00446620" w:rsidRDefault="000643FB" w:rsidP="00446620">
            <w:pPr>
              <w:tabs>
                <w:tab w:val="left" w:pos="3060"/>
                <w:tab w:val="left" w:pos="5040"/>
              </w:tabs>
              <w:ind w:left="2160" w:right="-180" w:hanging="2160"/>
              <w:rPr>
                <w:sz w:val="20"/>
                <w:szCs w:val="20"/>
              </w:rPr>
            </w:pPr>
            <w:r w:rsidRPr="00446620">
              <w:rPr>
                <w:sz w:val="20"/>
                <w:szCs w:val="20"/>
              </w:rPr>
              <w:t xml:space="preserve">Monday - Friday, </w:t>
            </w:r>
            <w:r w:rsidR="00627CD5" w:rsidRPr="00446620">
              <w:rPr>
                <w:sz w:val="20"/>
                <w:szCs w:val="20"/>
              </w:rPr>
              <w:t>standard business hours</w:t>
            </w:r>
            <w:r w:rsidR="00446620" w:rsidRPr="00446620">
              <w:rPr>
                <w:sz w:val="20"/>
                <w:szCs w:val="20"/>
              </w:rPr>
              <w:t>. Weekends and extra hours as needed.</w:t>
            </w:r>
          </w:p>
        </w:tc>
      </w:tr>
    </w:tbl>
    <w:p w14:paraId="3AD4F3A9" w14:textId="77777777" w:rsidR="00FD5F68" w:rsidRDefault="000643FB">
      <w:pPr>
        <w:spacing w:before="200" w:after="80"/>
      </w:pPr>
      <w:r>
        <w:rPr>
          <w:b/>
          <w:color w:val="4F6F2F"/>
          <w:sz w:val="23"/>
        </w:rPr>
        <w:t>JOB SUMMARY</w:t>
      </w:r>
    </w:p>
    <w:p w14:paraId="599CE8CE" w14:textId="273482B4" w:rsidR="00DF370B" w:rsidRPr="00DF370B" w:rsidRDefault="00DF370B" w:rsidP="00DF370B">
      <w:pPr>
        <w:spacing w:before="200" w:after="80"/>
        <w:rPr>
          <w:rFonts w:cs="Calibri"/>
          <w:bCs/>
          <w:szCs w:val="21"/>
        </w:rPr>
      </w:pPr>
      <w:r w:rsidRPr="00DF370B">
        <w:rPr>
          <w:rFonts w:cs="Calibri"/>
          <w:bCs/>
          <w:szCs w:val="21"/>
        </w:rPr>
        <w:t>Develop and maintain positive relationships with customers, brokers, sales representatives, and internal teams while providing excellent customer service. Responsible for accurate order entry, order changes, claims, customer information, reporting, and administrative support.</w:t>
      </w:r>
      <w:r>
        <w:rPr>
          <w:rFonts w:cs="Calibri"/>
          <w:bCs/>
          <w:szCs w:val="21"/>
        </w:rPr>
        <w:t xml:space="preserve"> </w:t>
      </w:r>
      <w:r w:rsidRPr="00DF370B">
        <w:rPr>
          <w:rFonts w:cs="Calibri"/>
          <w:bCs/>
          <w:szCs w:val="21"/>
        </w:rPr>
        <w:t xml:space="preserve">Support sales efforts and work with internal departments to ensure accurate and timely order fulfillment. Maintain knowledge of Proven Winners products and programs and support the company mission of making every interaction </w:t>
      </w:r>
      <w:r w:rsidRPr="00DF370B">
        <w:rPr>
          <w:rFonts w:cs="Calibri"/>
          <w:szCs w:val="21"/>
        </w:rPr>
        <w:t>easy, successful, and inspiring.</w:t>
      </w:r>
    </w:p>
    <w:p w14:paraId="42565978" w14:textId="01F296DC" w:rsidR="00FF5C35" w:rsidRDefault="000643FB" w:rsidP="00FF5C35">
      <w:pPr>
        <w:spacing w:before="200" w:after="80"/>
        <w:rPr>
          <w:b/>
          <w:color w:val="4F6F2F"/>
          <w:sz w:val="23"/>
        </w:rPr>
      </w:pPr>
      <w:r w:rsidRPr="00D763E1">
        <w:rPr>
          <w:b/>
          <w:color w:val="4F6F2F"/>
          <w:sz w:val="23"/>
        </w:rPr>
        <w:t>ESSENTIAL FUNCTIONS</w:t>
      </w:r>
    </w:p>
    <w:p w14:paraId="6F1DB77D" w14:textId="106476AB" w:rsidR="00161F84" w:rsidRPr="00161F84" w:rsidRDefault="00161F84" w:rsidP="00520C90">
      <w:pPr>
        <w:pStyle w:val="ListParagraph"/>
        <w:numPr>
          <w:ilvl w:val="0"/>
          <w:numId w:val="33"/>
        </w:numPr>
        <w:spacing w:before="200" w:after="80"/>
        <w:rPr>
          <w:rFonts w:cs="Calibri"/>
          <w:szCs w:val="21"/>
        </w:rPr>
      </w:pPr>
      <w:r w:rsidRPr="00161F84">
        <w:rPr>
          <w:rFonts w:cs="Calibri"/>
          <w:szCs w:val="21"/>
        </w:rPr>
        <w:t>Develop and maintain successful relationships with customers, brokers, sales representatives, and internal staff.</w:t>
      </w:r>
    </w:p>
    <w:p w14:paraId="621533C3" w14:textId="60FAC61B" w:rsidR="00161F84" w:rsidRPr="00161F84" w:rsidRDefault="00161F84" w:rsidP="00520C90">
      <w:pPr>
        <w:pStyle w:val="ListParagraph"/>
        <w:numPr>
          <w:ilvl w:val="0"/>
          <w:numId w:val="33"/>
        </w:numPr>
        <w:spacing w:before="200" w:after="80"/>
        <w:rPr>
          <w:rFonts w:cs="Calibri"/>
          <w:szCs w:val="21"/>
        </w:rPr>
      </w:pPr>
      <w:r w:rsidRPr="00161F84">
        <w:rPr>
          <w:rFonts w:cs="Calibri"/>
          <w:szCs w:val="21"/>
        </w:rPr>
        <w:t>Provide timely and accurate product, program, order, and customer information.</w:t>
      </w:r>
    </w:p>
    <w:p w14:paraId="626FBBB2" w14:textId="0F4C6717" w:rsidR="00161F84" w:rsidRPr="00161F84" w:rsidRDefault="00161F84" w:rsidP="00520C90">
      <w:pPr>
        <w:pStyle w:val="ListParagraph"/>
        <w:numPr>
          <w:ilvl w:val="0"/>
          <w:numId w:val="33"/>
        </w:numPr>
        <w:spacing w:before="200" w:after="80"/>
        <w:rPr>
          <w:rFonts w:cs="Calibri"/>
          <w:szCs w:val="21"/>
        </w:rPr>
      </w:pPr>
      <w:r w:rsidRPr="00161F84">
        <w:rPr>
          <w:rFonts w:cs="Calibri"/>
          <w:szCs w:val="21"/>
        </w:rPr>
        <w:t>Accurately enter and maintain orders, order changes, adjustments, claims, and customer information in company systems.</w:t>
      </w:r>
    </w:p>
    <w:p w14:paraId="73807F2A" w14:textId="0CCBEC35" w:rsidR="00161F84" w:rsidRPr="00161F84" w:rsidRDefault="00161F84" w:rsidP="00520C90">
      <w:pPr>
        <w:pStyle w:val="ListParagraph"/>
        <w:numPr>
          <w:ilvl w:val="0"/>
          <w:numId w:val="33"/>
        </w:numPr>
        <w:spacing w:before="200" w:after="80"/>
        <w:rPr>
          <w:rFonts w:cs="Calibri"/>
          <w:szCs w:val="21"/>
        </w:rPr>
      </w:pPr>
      <w:r w:rsidRPr="00161F84">
        <w:rPr>
          <w:rFonts w:cs="Calibri"/>
          <w:szCs w:val="21"/>
        </w:rPr>
        <w:t>Process incoming orders according to established customer, broker, and company guidelines.</w:t>
      </w:r>
    </w:p>
    <w:p w14:paraId="239B76DB" w14:textId="11397C84" w:rsidR="00161F84" w:rsidRPr="00161F84" w:rsidRDefault="00161F84" w:rsidP="00520C90">
      <w:pPr>
        <w:pStyle w:val="ListParagraph"/>
        <w:numPr>
          <w:ilvl w:val="0"/>
          <w:numId w:val="33"/>
        </w:numPr>
        <w:spacing w:before="200" w:after="80"/>
        <w:rPr>
          <w:rFonts w:cs="Calibri"/>
          <w:szCs w:val="21"/>
        </w:rPr>
      </w:pPr>
      <w:r w:rsidRPr="00161F84">
        <w:rPr>
          <w:rFonts w:cs="Calibri"/>
          <w:szCs w:val="21"/>
        </w:rPr>
        <w:t>Facilitate order acknowledgements, material shortages, delivery requests, and other customer needs.</w:t>
      </w:r>
    </w:p>
    <w:p w14:paraId="1E2B6822" w14:textId="214F2026" w:rsidR="00161F84" w:rsidRPr="00161F84" w:rsidRDefault="00161F84" w:rsidP="00520C90">
      <w:pPr>
        <w:pStyle w:val="ListParagraph"/>
        <w:numPr>
          <w:ilvl w:val="0"/>
          <w:numId w:val="33"/>
        </w:numPr>
        <w:spacing w:before="200" w:after="80"/>
        <w:rPr>
          <w:rFonts w:cs="Calibri"/>
          <w:szCs w:val="21"/>
        </w:rPr>
      </w:pPr>
      <w:r w:rsidRPr="00161F84">
        <w:rPr>
          <w:rFonts w:cs="Calibri"/>
          <w:szCs w:val="21"/>
        </w:rPr>
        <w:t>Resolve customer inquiries and claims within established guidelines and timeframes; work with the claims committee and internal departments as needed.</w:t>
      </w:r>
    </w:p>
    <w:p w14:paraId="02469927" w14:textId="18390B21" w:rsidR="00161F84" w:rsidRPr="00161F84" w:rsidRDefault="00161F84" w:rsidP="00520C90">
      <w:pPr>
        <w:pStyle w:val="ListParagraph"/>
        <w:numPr>
          <w:ilvl w:val="0"/>
          <w:numId w:val="33"/>
        </w:numPr>
        <w:spacing w:before="200" w:after="80"/>
        <w:rPr>
          <w:rFonts w:cs="Calibri"/>
          <w:szCs w:val="21"/>
        </w:rPr>
      </w:pPr>
      <w:r w:rsidRPr="00161F84">
        <w:rPr>
          <w:rFonts w:cs="Calibri"/>
          <w:szCs w:val="21"/>
        </w:rPr>
        <w:t>Document customer issues and resolutions and communicate concerns or recurring issues to management.</w:t>
      </w:r>
    </w:p>
    <w:p w14:paraId="696E1481" w14:textId="5E91A035" w:rsidR="00161F84" w:rsidRPr="00161F84" w:rsidRDefault="00161F84" w:rsidP="00520C90">
      <w:pPr>
        <w:pStyle w:val="ListParagraph"/>
        <w:numPr>
          <w:ilvl w:val="0"/>
          <w:numId w:val="33"/>
        </w:numPr>
        <w:spacing w:before="200" w:after="80"/>
        <w:rPr>
          <w:rFonts w:cs="Calibri"/>
          <w:szCs w:val="21"/>
        </w:rPr>
      </w:pPr>
      <w:r w:rsidRPr="00161F84">
        <w:rPr>
          <w:rFonts w:cs="Calibri"/>
          <w:szCs w:val="21"/>
        </w:rPr>
        <w:t>Support sales efforts through customer communications, calling campaigns, accurate data entry, and reporting.</w:t>
      </w:r>
    </w:p>
    <w:p w14:paraId="3F158091" w14:textId="34B282CB" w:rsidR="00161F84" w:rsidRPr="00161F84" w:rsidRDefault="00161F84" w:rsidP="00520C90">
      <w:pPr>
        <w:pStyle w:val="ListParagraph"/>
        <w:numPr>
          <w:ilvl w:val="0"/>
          <w:numId w:val="33"/>
        </w:numPr>
        <w:spacing w:before="200" w:after="80"/>
        <w:rPr>
          <w:rFonts w:cs="Calibri"/>
          <w:szCs w:val="21"/>
        </w:rPr>
      </w:pPr>
      <w:r w:rsidRPr="00161F84">
        <w:rPr>
          <w:rFonts w:cs="Calibri"/>
          <w:szCs w:val="21"/>
        </w:rPr>
        <w:t>Complete routine daily and bi-weekly reports and assist with pulling and analyzing data.</w:t>
      </w:r>
    </w:p>
    <w:p w14:paraId="36F21424" w14:textId="5652B65B" w:rsidR="00161F84" w:rsidRPr="00161F84" w:rsidRDefault="00161F84" w:rsidP="00520C90">
      <w:pPr>
        <w:pStyle w:val="ListParagraph"/>
        <w:numPr>
          <w:ilvl w:val="0"/>
          <w:numId w:val="33"/>
        </w:numPr>
        <w:spacing w:before="200" w:after="80"/>
        <w:rPr>
          <w:rFonts w:cs="Calibri"/>
          <w:szCs w:val="21"/>
        </w:rPr>
      </w:pPr>
      <w:r w:rsidRPr="00161F84">
        <w:rPr>
          <w:rFonts w:cs="Calibri"/>
          <w:szCs w:val="21"/>
        </w:rPr>
        <w:t>Monitor processes and identify opportunities for improved efficiency, accuracy, and customer service.</w:t>
      </w:r>
    </w:p>
    <w:p w14:paraId="7FFB7E45" w14:textId="1BF3B7EA" w:rsidR="00161F84" w:rsidRPr="00161F84" w:rsidRDefault="00161F84" w:rsidP="00520C90">
      <w:pPr>
        <w:pStyle w:val="ListParagraph"/>
        <w:numPr>
          <w:ilvl w:val="0"/>
          <w:numId w:val="33"/>
        </w:numPr>
        <w:spacing w:before="200" w:after="80"/>
        <w:rPr>
          <w:rFonts w:cs="Calibri"/>
          <w:szCs w:val="21"/>
        </w:rPr>
      </w:pPr>
      <w:r w:rsidRPr="00161F84">
        <w:rPr>
          <w:rFonts w:cs="Calibri"/>
          <w:szCs w:val="21"/>
        </w:rPr>
        <w:t>Work with Sales, Quality, Shipping, Transportation, Finance, and other departments to ensure proper order fulfillment.</w:t>
      </w:r>
    </w:p>
    <w:p w14:paraId="6E280B0F" w14:textId="16844CD1" w:rsidR="00161F84" w:rsidRPr="00161F84" w:rsidRDefault="00161F84" w:rsidP="00520C90">
      <w:pPr>
        <w:pStyle w:val="ListParagraph"/>
        <w:numPr>
          <w:ilvl w:val="0"/>
          <w:numId w:val="33"/>
        </w:numPr>
        <w:spacing w:before="200" w:after="80"/>
        <w:rPr>
          <w:rFonts w:cs="Calibri"/>
          <w:szCs w:val="21"/>
        </w:rPr>
      </w:pPr>
      <w:r w:rsidRPr="00161F84">
        <w:rPr>
          <w:rFonts w:cs="Calibri"/>
          <w:szCs w:val="21"/>
        </w:rPr>
        <w:t xml:space="preserve">Provide administrative support </w:t>
      </w:r>
      <w:proofErr w:type="gramStart"/>
      <w:r w:rsidRPr="00161F84">
        <w:rPr>
          <w:rFonts w:cs="Calibri"/>
          <w:szCs w:val="21"/>
        </w:rPr>
        <w:t>to</w:t>
      </w:r>
      <w:proofErr w:type="gramEnd"/>
      <w:r w:rsidRPr="00161F84">
        <w:rPr>
          <w:rFonts w:cs="Calibri"/>
          <w:szCs w:val="21"/>
        </w:rPr>
        <w:t xml:space="preserve"> Sales and Customer Relations personnel.</w:t>
      </w:r>
    </w:p>
    <w:p w14:paraId="113D312B" w14:textId="082ED565" w:rsidR="00161F84" w:rsidRPr="00161F84" w:rsidRDefault="00161F84" w:rsidP="00520C90">
      <w:pPr>
        <w:pStyle w:val="ListParagraph"/>
        <w:numPr>
          <w:ilvl w:val="0"/>
          <w:numId w:val="33"/>
        </w:numPr>
        <w:spacing w:before="200" w:after="80"/>
        <w:rPr>
          <w:rFonts w:cs="Calibri"/>
          <w:szCs w:val="21"/>
        </w:rPr>
      </w:pPr>
      <w:r w:rsidRPr="00161F84">
        <w:rPr>
          <w:rFonts w:cs="Calibri"/>
          <w:szCs w:val="21"/>
        </w:rPr>
        <w:t>Work independently and as a team member to organize, prioritize, and complete multiple tasks accurately and on time.</w:t>
      </w:r>
    </w:p>
    <w:p w14:paraId="0E45748D" w14:textId="06E33B6C" w:rsidR="00161F84" w:rsidRPr="00161F84" w:rsidRDefault="00161F84" w:rsidP="00520C90">
      <w:pPr>
        <w:pStyle w:val="ListParagraph"/>
        <w:numPr>
          <w:ilvl w:val="0"/>
          <w:numId w:val="33"/>
        </w:numPr>
        <w:spacing w:before="200" w:after="80"/>
        <w:rPr>
          <w:rFonts w:cs="Calibri"/>
          <w:szCs w:val="21"/>
        </w:rPr>
      </w:pPr>
      <w:r w:rsidRPr="00161F84">
        <w:rPr>
          <w:rFonts w:cs="Calibri"/>
          <w:szCs w:val="21"/>
        </w:rPr>
        <w:t>Communicate professionally with all contacts by phone, email, and other methods.</w:t>
      </w:r>
    </w:p>
    <w:p w14:paraId="1994F268" w14:textId="67632419" w:rsidR="00161F84" w:rsidRPr="00161F84" w:rsidRDefault="00161F84" w:rsidP="00520C90">
      <w:pPr>
        <w:pStyle w:val="ListParagraph"/>
        <w:numPr>
          <w:ilvl w:val="0"/>
          <w:numId w:val="33"/>
        </w:numPr>
        <w:spacing w:before="200" w:after="80"/>
        <w:rPr>
          <w:rFonts w:cs="Calibri"/>
          <w:szCs w:val="21"/>
        </w:rPr>
      </w:pPr>
      <w:r w:rsidRPr="00161F84">
        <w:rPr>
          <w:rFonts w:cs="Calibri"/>
          <w:szCs w:val="21"/>
        </w:rPr>
        <w:lastRenderedPageBreak/>
        <w:t>Complete special projects and other duties as assigned.</w:t>
      </w:r>
    </w:p>
    <w:p w14:paraId="4A74C9F8" w14:textId="77777777" w:rsidR="00161F84" w:rsidRPr="00161F84" w:rsidRDefault="00161F84" w:rsidP="00520C90">
      <w:pPr>
        <w:pStyle w:val="ListParagraph"/>
        <w:numPr>
          <w:ilvl w:val="0"/>
          <w:numId w:val="33"/>
        </w:numPr>
        <w:spacing w:before="200" w:after="80"/>
        <w:rPr>
          <w:b/>
          <w:color w:val="4F6F2F"/>
          <w:sz w:val="23"/>
        </w:rPr>
      </w:pPr>
      <w:r w:rsidRPr="00161F84">
        <w:rPr>
          <w:rFonts w:cs="Calibri"/>
          <w:szCs w:val="21"/>
        </w:rPr>
        <w:t>Embrace a customer-first focus and maintain flexibility to adjust schedules during busy or seasonal</w:t>
      </w:r>
      <w:r w:rsidRPr="00161F84">
        <w:rPr>
          <w:rFonts w:cs="Calibri"/>
          <w:b/>
          <w:bCs/>
          <w:i/>
          <w:iCs/>
          <w:szCs w:val="21"/>
        </w:rPr>
        <w:t xml:space="preserve"> </w:t>
      </w:r>
      <w:r w:rsidRPr="00161F84">
        <w:rPr>
          <w:rFonts w:cs="Calibri"/>
          <w:szCs w:val="21"/>
        </w:rPr>
        <w:t>periods.</w:t>
      </w:r>
    </w:p>
    <w:p w14:paraId="21206D02" w14:textId="1C1E1E15" w:rsidR="00FD5F68" w:rsidRPr="00161F84" w:rsidRDefault="000643FB" w:rsidP="00161F84">
      <w:pPr>
        <w:spacing w:before="200" w:after="80" w:line="360" w:lineRule="auto"/>
        <w:rPr>
          <w:b/>
          <w:color w:val="4F6F2F"/>
          <w:sz w:val="23"/>
        </w:rPr>
      </w:pPr>
      <w:r w:rsidRPr="00161F84">
        <w:rPr>
          <w:b/>
          <w:color w:val="4F6F2F"/>
          <w:sz w:val="23"/>
        </w:rPr>
        <w:t>REQUIRED KNOWLEDGE, SKILLS, AND ABILITIES</w:t>
      </w:r>
    </w:p>
    <w:p w14:paraId="329AB38B" w14:textId="73D7E6E3" w:rsidR="004D6E5B" w:rsidRPr="004D6E5B" w:rsidRDefault="004D6E5B" w:rsidP="00520C90">
      <w:pPr>
        <w:pStyle w:val="ListParagraph"/>
        <w:numPr>
          <w:ilvl w:val="0"/>
          <w:numId w:val="39"/>
        </w:numPr>
        <w:spacing w:before="200" w:after="80"/>
        <w:rPr>
          <w:color w:val="000000" w:themeColor="text1"/>
          <w:szCs w:val="21"/>
        </w:rPr>
      </w:pPr>
      <w:r w:rsidRPr="004D6E5B">
        <w:rPr>
          <w:color w:val="000000" w:themeColor="text1"/>
          <w:szCs w:val="21"/>
        </w:rPr>
        <w:t>Strong verbal, written, and interpersonal communication skills.</w:t>
      </w:r>
    </w:p>
    <w:p w14:paraId="73E6B6E8" w14:textId="3C8390D1" w:rsidR="004D6E5B" w:rsidRPr="004D6E5B" w:rsidRDefault="004D6E5B" w:rsidP="00520C90">
      <w:pPr>
        <w:pStyle w:val="ListParagraph"/>
        <w:numPr>
          <w:ilvl w:val="0"/>
          <w:numId w:val="39"/>
        </w:numPr>
        <w:spacing w:before="200" w:after="80"/>
        <w:rPr>
          <w:color w:val="000000" w:themeColor="text1"/>
          <w:szCs w:val="21"/>
        </w:rPr>
      </w:pPr>
      <w:r w:rsidRPr="004D6E5B">
        <w:rPr>
          <w:color w:val="000000" w:themeColor="text1"/>
          <w:szCs w:val="21"/>
        </w:rPr>
        <w:t>Excellent customer service and relationship-building skills.</w:t>
      </w:r>
    </w:p>
    <w:p w14:paraId="7503D332" w14:textId="785BBB6B" w:rsidR="004D6E5B" w:rsidRPr="004D6E5B" w:rsidRDefault="004D6E5B" w:rsidP="00520C90">
      <w:pPr>
        <w:pStyle w:val="ListParagraph"/>
        <w:numPr>
          <w:ilvl w:val="0"/>
          <w:numId w:val="39"/>
        </w:numPr>
        <w:spacing w:before="200" w:after="80"/>
        <w:rPr>
          <w:color w:val="000000" w:themeColor="text1"/>
          <w:szCs w:val="21"/>
        </w:rPr>
      </w:pPr>
      <w:r w:rsidRPr="004D6E5B">
        <w:rPr>
          <w:color w:val="000000" w:themeColor="text1"/>
          <w:szCs w:val="21"/>
        </w:rPr>
        <w:t>High level of accuracy and attention to detail.</w:t>
      </w:r>
    </w:p>
    <w:p w14:paraId="2ECA1B2D" w14:textId="46F2E9DD" w:rsidR="004D6E5B" w:rsidRPr="004D6E5B" w:rsidRDefault="004D6E5B" w:rsidP="00520C90">
      <w:pPr>
        <w:pStyle w:val="ListParagraph"/>
        <w:numPr>
          <w:ilvl w:val="0"/>
          <w:numId w:val="39"/>
        </w:numPr>
        <w:spacing w:before="200" w:after="80"/>
        <w:rPr>
          <w:color w:val="000000" w:themeColor="text1"/>
          <w:szCs w:val="21"/>
        </w:rPr>
      </w:pPr>
      <w:r w:rsidRPr="004D6E5B">
        <w:rPr>
          <w:color w:val="000000" w:themeColor="text1"/>
          <w:szCs w:val="21"/>
        </w:rPr>
        <w:t>Ability to organize, prioritize, and complete multiple tasks independently.</w:t>
      </w:r>
    </w:p>
    <w:p w14:paraId="1A816A7C" w14:textId="313F6C89" w:rsidR="004D6E5B" w:rsidRPr="004D6E5B" w:rsidRDefault="004D6E5B" w:rsidP="00520C90">
      <w:pPr>
        <w:pStyle w:val="ListParagraph"/>
        <w:numPr>
          <w:ilvl w:val="0"/>
          <w:numId w:val="39"/>
        </w:numPr>
        <w:spacing w:before="200" w:after="80"/>
        <w:rPr>
          <w:color w:val="000000" w:themeColor="text1"/>
          <w:szCs w:val="21"/>
        </w:rPr>
      </w:pPr>
      <w:r w:rsidRPr="004D6E5B">
        <w:rPr>
          <w:color w:val="000000" w:themeColor="text1"/>
          <w:szCs w:val="21"/>
        </w:rPr>
        <w:t>Strong time management, planning, organization, and problem-solving skills.</w:t>
      </w:r>
    </w:p>
    <w:p w14:paraId="71DEE86B" w14:textId="48C8BD23" w:rsidR="004D6E5B" w:rsidRPr="004D6E5B" w:rsidRDefault="004D6E5B" w:rsidP="00520C90">
      <w:pPr>
        <w:pStyle w:val="ListParagraph"/>
        <w:numPr>
          <w:ilvl w:val="0"/>
          <w:numId w:val="39"/>
        </w:numPr>
        <w:spacing w:before="200" w:after="80"/>
        <w:rPr>
          <w:color w:val="000000" w:themeColor="text1"/>
          <w:szCs w:val="21"/>
        </w:rPr>
      </w:pPr>
      <w:r w:rsidRPr="004D6E5B">
        <w:rPr>
          <w:color w:val="000000" w:themeColor="text1"/>
          <w:szCs w:val="21"/>
        </w:rPr>
        <w:t>Ability to work effectively in a fast-paced team environment.</w:t>
      </w:r>
    </w:p>
    <w:p w14:paraId="0F8734C1" w14:textId="3601419C" w:rsidR="004D6E5B" w:rsidRPr="004D6E5B" w:rsidRDefault="004D6E5B" w:rsidP="00520C90">
      <w:pPr>
        <w:pStyle w:val="ListParagraph"/>
        <w:numPr>
          <w:ilvl w:val="0"/>
          <w:numId w:val="39"/>
        </w:numPr>
        <w:spacing w:before="200" w:after="80"/>
        <w:rPr>
          <w:color w:val="000000" w:themeColor="text1"/>
          <w:szCs w:val="21"/>
        </w:rPr>
      </w:pPr>
      <w:r w:rsidRPr="004D6E5B">
        <w:rPr>
          <w:color w:val="000000" w:themeColor="text1"/>
          <w:szCs w:val="21"/>
        </w:rPr>
        <w:t>Self-motivated, dependable, professional, and willing to learn.</w:t>
      </w:r>
    </w:p>
    <w:p w14:paraId="50FF8889" w14:textId="03F09458" w:rsidR="004D6E5B" w:rsidRPr="004D6E5B" w:rsidRDefault="004D6E5B" w:rsidP="00520C90">
      <w:pPr>
        <w:pStyle w:val="ListParagraph"/>
        <w:numPr>
          <w:ilvl w:val="0"/>
          <w:numId w:val="39"/>
        </w:numPr>
        <w:spacing w:before="200" w:after="80"/>
        <w:rPr>
          <w:color w:val="000000" w:themeColor="text1"/>
          <w:szCs w:val="21"/>
        </w:rPr>
      </w:pPr>
      <w:r w:rsidRPr="004D6E5B">
        <w:rPr>
          <w:color w:val="000000" w:themeColor="text1"/>
          <w:szCs w:val="21"/>
        </w:rPr>
        <w:t>Ability to identify issues and recommend process improvements.</w:t>
      </w:r>
    </w:p>
    <w:p w14:paraId="7625C0FD" w14:textId="1F291DB1" w:rsidR="004D6E5B" w:rsidRPr="004D6E5B" w:rsidRDefault="004D6E5B" w:rsidP="00520C90">
      <w:pPr>
        <w:pStyle w:val="ListParagraph"/>
        <w:numPr>
          <w:ilvl w:val="0"/>
          <w:numId w:val="39"/>
        </w:numPr>
        <w:spacing w:before="200" w:after="80"/>
        <w:rPr>
          <w:color w:val="000000" w:themeColor="text1"/>
          <w:szCs w:val="21"/>
        </w:rPr>
      </w:pPr>
      <w:r w:rsidRPr="004D6E5B">
        <w:rPr>
          <w:color w:val="000000" w:themeColor="text1"/>
          <w:szCs w:val="21"/>
        </w:rPr>
        <w:t>Proficient in Microsoft Office, including Excel and Word.</w:t>
      </w:r>
    </w:p>
    <w:p w14:paraId="2169A638" w14:textId="40B5F5BB" w:rsidR="004D6E5B" w:rsidRPr="004D6E5B" w:rsidRDefault="004D6E5B" w:rsidP="00520C90">
      <w:pPr>
        <w:pStyle w:val="ListParagraph"/>
        <w:numPr>
          <w:ilvl w:val="0"/>
          <w:numId w:val="39"/>
        </w:numPr>
        <w:spacing w:before="200" w:after="80"/>
        <w:rPr>
          <w:color w:val="000000" w:themeColor="text1"/>
          <w:szCs w:val="21"/>
        </w:rPr>
      </w:pPr>
      <w:r w:rsidRPr="004D6E5B">
        <w:rPr>
          <w:color w:val="000000" w:themeColor="text1"/>
          <w:szCs w:val="21"/>
        </w:rPr>
        <w:t>Ability to learn and use PICAS, Salesforce, Power BI, and other company systems.</w:t>
      </w:r>
    </w:p>
    <w:p w14:paraId="6D1A7301" w14:textId="0A7B003C" w:rsidR="004D6E5B" w:rsidRPr="004D6E5B" w:rsidRDefault="004D6E5B" w:rsidP="00520C90">
      <w:pPr>
        <w:pStyle w:val="ListParagraph"/>
        <w:numPr>
          <w:ilvl w:val="0"/>
          <w:numId w:val="39"/>
        </w:numPr>
        <w:spacing w:before="200" w:after="80"/>
        <w:rPr>
          <w:color w:val="000000" w:themeColor="text1"/>
          <w:szCs w:val="21"/>
        </w:rPr>
      </w:pPr>
      <w:r w:rsidRPr="004D6E5B">
        <w:rPr>
          <w:color w:val="000000" w:themeColor="text1"/>
          <w:szCs w:val="21"/>
        </w:rPr>
        <w:t>Salesforce or CRM experience is a plus.</w:t>
      </w:r>
    </w:p>
    <w:p w14:paraId="2ABAE434" w14:textId="4CC2F9B1" w:rsidR="004D6E5B" w:rsidRPr="004D6E5B" w:rsidRDefault="004D6E5B" w:rsidP="00520C90">
      <w:pPr>
        <w:pStyle w:val="ListParagraph"/>
        <w:numPr>
          <w:ilvl w:val="0"/>
          <w:numId w:val="39"/>
        </w:numPr>
        <w:spacing w:before="200" w:after="80"/>
        <w:rPr>
          <w:color w:val="000000" w:themeColor="text1"/>
          <w:szCs w:val="21"/>
        </w:rPr>
      </w:pPr>
      <w:r w:rsidRPr="004D6E5B">
        <w:rPr>
          <w:color w:val="000000" w:themeColor="text1"/>
          <w:szCs w:val="21"/>
        </w:rPr>
        <w:t>Ability to maintain knowledge of Proven Winners plants, products, and programs after training.</w:t>
      </w:r>
    </w:p>
    <w:p w14:paraId="1DB963A1" w14:textId="55F666BC" w:rsidR="004D6E5B" w:rsidRPr="004D6E5B" w:rsidRDefault="004D6E5B" w:rsidP="00520C90">
      <w:pPr>
        <w:pStyle w:val="ListParagraph"/>
        <w:numPr>
          <w:ilvl w:val="0"/>
          <w:numId w:val="39"/>
        </w:numPr>
        <w:spacing w:before="200" w:after="80"/>
        <w:rPr>
          <w:color w:val="000000" w:themeColor="text1"/>
          <w:szCs w:val="21"/>
        </w:rPr>
      </w:pPr>
      <w:r w:rsidRPr="004D6E5B">
        <w:rPr>
          <w:color w:val="000000" w:themeColor="text1"/>
          <w:szCs w:val="21"/>
        </w:rPr>
        <w:t>Ability to travel to trade shows as needed.</w:t>
      </w:r>
    </w:p>
    <w:p w14:paraId="1682254C" w14:textId="7379AB9C" w:rsidR="00676A8D" w:rsidRPr="00D763E1" w:rsidRDefault="00676A8D" w:rsidP="004D6E5B">
      <w:pPr>
        <w:spacing w:before="200" w:after="80"/>
        <w:rPr>
          <w:b/>
          <w:color w:val="4F6F2F"/>
          <w:sz w:val="23"/>
        </w:rPr>
      </w:pPr>
      <w:r w:rsidRPr="00D763E1">
        <w:rPr>
          <w:b/>
          <w:color w:val="4F6F2F"/>
          <w:sz w:val="23"/>
        </w:rPr>
        <w:t>CORE VALUES:</w:t>
      </w:r>
    </w:p>
    <w:p w14:paraId="61D49002" w14:textId="397D8634" w:rsidR="00676A8D" w:rsidRPr="00D763E1" w:rsidRDefault="00676A8D" w:rsidP="00676A8D">
      <w:pPr>
        <w:pStyle w:val="ListBullet"/>
        <w:tabs>
          <w:tab w:val="clear" w:pos="360"/>
        </w:tabs>
        <w:spacing w:after="20" w:line="259" w:lineRule="auto"/>
        <w:ind w:left="450"/>
        <w:rPr>
          <w:szCs w:val="21"/>
        </w:rPr>
      </w:pPr>
      <w:r w:rsidRPr="00D763E1">
        <w:rPr>
          <w:b/>
          <w:bCs/>
          <w:szCs w:val="21"/>
        </w:rPr>
        <w:t>Collaborating as One Team, One Proven Winners</w:t>
      </w:r>
      <w:r w:rsidRPr="00D763E1">
        <w:rPr>
          <w:szCs w:val="21"/>
        </w:rPr>
        <w:t>: Our future success is rooted in how well we work together—as one team, who is accountable to each other. Open, transparent, and direct communication remain central to our culture. We value the diverse strengths and perspectives each person brings and are committed to fostering a collaborative, inclusive, and respectful environment where everyone feels safe to challenge and learn from each other.</w:t>
      </w:r>
    </w:p>
    <w:p w14:paraId="141B03D0" w14:textId="6029B0F3" w:rsidR="00676A8D" w:rsidRPr="00D763E1" w:rsidRDefault="00676A8D" w:rsidP="00676A8D">
      <w:pPr>
        <w:pStyle w:val="ListBullet"/>
        <w:tabs>
          <w:tab w:val="clear" w:pos="360"/>
        </w:tabs>
        <w:spacing w:after="20" w:line="259" w:lineRule="auto"/>
        <w:ind w:left="450"/>
        <w:rPr>
          <w:szCs w:val="21"/>
        </w:rPr>
      </w:pPr>
      <w:r w:rsidRPr="00D763E1">
        <w:rPr>
          <w:b/>
          <w:bCs/>
          <w:szCs w:val="21"/>
        </w:rPr>
        <w:t>Embracing Continuous Improvement:</w:t>
      </w:r>
      <w:r w:rsidRPr="00D763E1">
        <w:rPr>
          <w:szCs w:val="21"/>
        </w:rPr>
        <w:t xml:space="preserve"> Proven Winners was built on the belief that we could always offer something better. This mindset continues to guide us—whether improving our products, our capabilities, or how we work together. Embracing change strengthens our future and helps us continue leading the industry.</w:t>
      </w:r>
    </w:p>
    <w:p w14:paraId="746230DB" w14:textId="3AACB468" w:rsidR="00676A8D" w:rsidRPr="00D763E1" w:rsidRDefault="00676A8D" w:rsidP="00676A8D">
      <w:pPr>
        <w:pStyle w:val="ListBullet"/>
        <w:tabs>
          <w:tab w:val="clear" w:pos="360"/>
        </w:tabs>
        <w:spacing w:after="20" w:line="259" w:lineRule="auto"/>
        <w:ind w:left="450"/>
        <w:rPr>
          <w:szCs w:val="21"/>
        </w:rPr>
      </w:pPr>
      <w:r w:rsidRPr="00D763E1">
        <w:rPr>
          <w:b/>
          <w:bCs/>
          <w:szCs w:val="21"/>
        </w:rPr>
        <w:t>Pursuing Excellence:</w:t>
      </w:r>
      <w:r w:rsidRPr="00D763E1">
        <w:rPr>
          <w:szCs w:val="21"/>
        </w:rPr>
        <w:t xml:space="preserve"> From superior plant genetics to building the most trusted brand in horticulture, excellence has always defined Proven Winners. We hold ourselves to high standards across product development, customer service, operations, and internal processes. By striving for excellence in everything we do, we continue to deliver exceptional value to our customers, partners, and one another.</w:t>
      </w:r>
    </w:p>
    <w:p w14:paraId="723AD72D" w14:textId="4B46FF9C" w:rsidR="00676A8D" w:rsidRPr="00D763E1" w:rsidRDefault="00676A8D" w:rsidP="00676A8D">
      <w:pPr>
        <w:pStyle w:val="ListBullet"/>
        <w:tabs>
          <w:tab w:val="clear" w:pos="360"/>
        </w:tabs>
        <w:spacing w:after="20" w:line="259" w:lineRule="auto"/>
        <w:ind w:left="450"/>
        <w:rPr>
          <w:szCs w:val="21"/>
        </w:rPr>
      </w:pPr>
      <w:r w:rsidRPr="00D763E1">
        <w:rPr>
          <w:b/>
          <w:bCs/>
          <w:szCs w:val="21"/>
        </w:rPr>
        <w:t>Doing the Right Thing:</w:t>
      </w:r>
      <w:r w:rsidRPr="00D763E1">
        <w:rPr>
          <w:szCs w:val="21"/>
        </w:rPr>
        <w:t xml:space="preserve"> Our brand is all about trust. We make ethical, transparent, and well-intentioned decisions, even when the outcome is difficult. We honor our commitments and rely on one another to act with integrity. Together, we uphold this value by caring for one another and the communities that we serve.</w:t>
      </w:r>
    </w:p>
    <w:p w14:paraId="5218A516" w14:textId="7D019001" w:rsidR="00676A8D" w:rsidRPr="00BE20C8" w:rsidRDefault="00676A8D" w:rsidP="00BE20C8">
      <w:pPr>
        <w:pStyle w:val="ListBullet"/>
        <w:tabs>
          <w:tab w:val="clear" w:pos="360"/>
        </w:tabs>
        <w:spacing w:after="20" w:line="259" w:lineRule="auto"/>
        <w:ind w:left="450"/>
        <w:rPr>
          <w:szCs w:val="21"/>
        </w:rPr>
      </w:pPr>
      <w:r w:rsidRPr="00D763E1">
        <w:rPr>
          <w:b/>
          <w:bCs/>
          <w:szCs w:val="21"/>
        </w:rPr>
        <w:t>Prioritizing Safety:</w:t>
      </w:r>
      <w:r w:rsidRPr="00D763E1">
        <w:rPr>
          <w:szCs w:val="21"/>
        </w:rPr>
        <w:t xml:space="preserve"> We prioritize the safety of our employees above all else. Our approach is proactive and prevention-focused, ensuring we maintain safe facilities, provide proper training, and empower every employee to prioritize safety in their daily work</w:t>
      </w:r>
    </w:p>
    <w:p w14:paraId="087F6C72" w14:textId="77777777" w:rsidR="00FD5F68" w:rsidRPr="000379F5" w:rsidRDefault="000643FB">
      <w:pPr>
        <w:spacing w:before="200" w:after="80"/>
        <w:rPr>
          <w:b/>
          <w:color w:val="4F6F2F"/>
          <w:sz w:val="23"/>
        </w:rPr>
      </w:pPr>
      <w:r w:rsidRPr="009B4084">
        <w:rPr>
          <w:b/>
          <w:color w:val="4F6F2F"/>
          <w:sz w:val="23"/>
        </w:rPr>
        <w:t>EDUCATION AND EXPERIENCE REQUIREMENTS</w:t>
      </w:r>
    </w:p>
    <w:p w14:paraId="77869C4D" w14:textId="2CA3A60A" w:rsidR="00D74E74" w:rsidRPr="00D74E74" w:rsidRDefault="00D74E74" w:rsidP="00520C90">
      <w:pPr>
        <w:pStyle w:val="ListBullet"/>
      </w:pPr>
      <w:r w:rsidRPr="00D74E74">
        <w:t>High school diploma or equivalent required.</w:t>
      </w:r>
    </w:p>
    <w:p w14:paraId="02273129" w14:textId="5218958D" w:rsidR="00D74E74" w:rsidRPr="00D74E74" w:rsidRDefault="00D74E74" w:rsidP="00520C90">
      <w:pPr>
        <w:pStyle w:val="ListBullet"/>
      </w:pPr>
      <w:r w:rsidRPr="00D74E74">
        <w:t>College education preferred or relevant work experience.</w:t>
      </w:r>
    </w:p>
    <w:p w14:paraId="349596AF" w14:textId="093AD36C" w:rsidR="00D74E74" w:rsidRPr="00D74E74" w:rsidRDefault="00D74E74" w:rsidP="00520C90">
      <w:pPr>
        <w:pStyle w:val="ListBullet"/>
      </w:pPr>
      <w:r w:rsidRPr="00D74E74">
        <w:t>Previous customer service, order entry, sales support, or administrative experience preferred.</w:t>
      </w:r>
    </w:p>
    <w:p w14:paraId="69C29888" w14:textId="25329E49" w:rsidR="00D74E74" w:rsidRPr="00D74E74" w:rsidRDefault="00D74E74" w:rsidP="00520C90">
      <w:pPr>
        <w:pStyle w:val="ListBullet"/>
      </w:pPr>
      <w:r w:rsidRPr="00D74E74">
        <w:t>Experience with B2B order entry, claims, reporting, or data analytics preferred.</w:t>
      </w:r>
    </w:p>
    <w:p w14:paraId="69628BE5" w14:textId="5569F162" w:rsidR="00D74E74" w:rsidRPr="00D74E74" w:rsidRDefault="00D74E74" w:rsidP="00520C90">
      <w:pPr>
        <w:pStyle w:val="ListBullet"/>
      </w:pPr>
      <w:r w:rsidRPr="00D74E74">
        <w:t>Two years of data analytics or related business experience preferred.</w:t>
      </w:r>
    </w:p>
    <w:p w14:paraId="441A9EB3" w14:textId="29575595" w:rsidR="00D74E74" w:rsidRDefault="00D74E74" w:rsidP="00520C90">
      <w:pPr>
        <w:pStyle w:val="ListBullet"/>
      </w:pPr>
      <w:r w:rsidRPr="00D74E74">
        <w:t>Salesforce, CRM, or database experience is a plus.</w:t>
      </w:r>
    </w:p>
    <w:p w14:paraId="2501D77E" w14:textId="67A87197" w:rsidR="00FD5F68" w:rsidRPr="00F40976" w:rsidRDefault="000643FB" w:rsidP="00D74E74">
      <w:pPr>
        <w:spacing w:before="200" w:after="80"/>
        <w:rPr>
          <w:b/>
          <w:color w:val="4F6F2F"/>
          <w:sz w:val="23"/>
        </w:rPr>
      </w:pPr>
      <w:r w:rsidRPr="009B4084">
        <w:rPr>
          <w:b/>
          <w:color w:val="4F6F2F"/>
          <w:sz w:val="23"/>
        </w:rPr>
        <w:lastRenderedPageBreak/>
        <w:t>PHYSICAL ASPECTS</w:t>
      </w:r>
    </w:p>
    <w:p w14:paraId="1B6514F2" w14:textId="6C89BD42" w:rsidR="00E13141" w:rsidRPr="00E13141" w:rsidRDefault="00E13141" w:rsidP="00E13141">
      <w:pPr>
        <w:pStyle w:val="ListBullet"/>
      </w:pPr>
      <w:r w:rsidRPr="00E13141">
        <w:t>Large percentage of time sitting at a desk using a computer and telephone.</w:t>
      </w:r>
    </w:p>
    <w:p w14:paraId="0FE139F8" w14:textId="2F0142D4" w:rsidR="00E13141" w:rsidRPr="00E13141" w:rsidRDefault="00E13141" w:rsidP="00E13141">
      <w:pPr>
        <w:pStyle w:val="ListBullet"/>
      </w:pPr>
      <w:r w:rsidRPr="00E13141">
        <w:t>Must be able to stand, walk, bend, kneel, squat, reach, and climb stairs as needed.</w:t>
      </w:r>
    </w:p>
    <w:p w14:paraId="4E799F75" w14:textId="38973956" w:rsidR="00E13141" w:rsidRPr="00E13141" w:rsidRDefault="00E13141" w:rsidP="00E13141">
      <w:pPr>
        <w:pStyle w:val="ListBullet"/>
      </w:pPr>
      <w:r w:rsidRPr="00E13141">
        <w:t>Must be able to lift and carry up to 20 pounds; frequent lifting up to 10 pounds.</w:t>
      </w:r>
    </w:p>
    <w:p w14:paraId="2AE72678" w14:textId="1DCD78A9" w:rsidR="00E13141" w:rsidRPr="00E13141" w:rsidRDefault="00E13141" w:rsidP="00E13141">
      <w:pPr>
        <w:pStyle w:val="ListBullet"/>
      </w:pPr>
      <w:r w:rsidRPr="00E13141">
        <w:t>Fine motor skills and repetitive wrist, elbow, and shoulder movements are required.</w:t>
      </w:r>
    </w:p>
    <w:p w14:paraId="381C5105" w14:textId="0010AA61" w:rsidR="00E13141" w:rsidRPr="00E13141" w:rsidRDefault="00E13141" w:rsidP="00E13141">
      <w:pPr>
        <w:pStyle w:val="ListBullet"/>
      </w:pPr>
      <w:r w:rsidRPr="00E13141">
        <w:t>Typical schedule is 8 hours per day, 5 days per week, with additional hours as needed.</w:t>
      </w:r>
    </w:p>
    <w:p w14:paraId="3C73924A" w14:textId="031E2FCC" w:rsidR="00FD5F68" w:rsidRPr="009B4084" w:rsidRDefault="000643FB" w:rsidP="00E13141">
      <w:pPr>
        <w:spacing w:before="200" w:after="80"/>
        <w:rPr>
          <w:b/>
          <w:color w:val="4F6F2F"/>
          <w:sz w:val="23"/>
        </w:rPr>
      </w:pPr>
      <w:r w:rsidRPr="009B4084">
        <w:rPr>
          <w:b/>
          <w:color w:val="4F6F2F"/>
          <w:sz w:val="23"/>
        </w:rPr>
        <w:t>WORK ENVIRONMENT</w:t>
      </w:r>
    </w:p>
    <w:p w14:paraId="197F93FB" w14:textId="579AD490" w:rsidR="00AE22F6" w:rsidRPr="00F078F1" w:rsidRDefault="00AE22F6" w:rsidP="00AE22F6">
      <w:pPr>
        <w:spacing w:before="200" w:after="80"/>
        <w:rPr>
          <w:szCs w:val="21"/>
        </w:rPr>
      </w:pPr>
      <w:r w:rsidRPr="00F078F1">
        <w:rPr>
          <w:szCs w:val="21"/>
        </w:rPr>
        <w:t>Office/cubicle environment with frequent computer, telephone, and customer interaction. Th</w:t>
      </w:r>
      <w:r w:rsidR="000A6ADE" w:rsidRPr="00F078F1">
        <w:rPr>
          <w:szCs w:val="21"/>
        </w:rPr>
        <w:t>is</w:t>
      </w:r>
      <w:r w:rsidRPr="00F078F1">
        <w:rPr>
          <w:szCs w:val="21"/>
        </w:rPr>
        <w:t xml:space="preserve"> position requires the ability to work in a fast-paced environment, manage changing priorities, and maintain accuracy and professionalism.</w:t>
      </w:r>
      <w:r w:rsidR="00CA673B" w:rsidRPr="00F078F1">
        <w:rPr>
          <w:szCs w:val="21"/>
        </w:rPr>
        <w:t xml:space="preserve"> </w:t>
      </w:r>
      <w:r w:rsidRPr="00F078F1">
        <w:rPr>
          <w:szCs w:val="21"/>
        </w:rPr>
        <w:t>The employee may occasionally work outside the office for departmental activities, trade shows, or other company events.</w:t>
      </w:r>
      <w:r w:rsidR="00CA673B" w:rsidRPr="00F078F1">
        <w:rPr>
          <w:szCs w:val="21"/>
        </w:rPr>
        <w:t xml:space="preserve"> </w:t>
      </w:r>
      <w:r w:rsidRPr="00F078F1">
        <w:rPr>
          <w:szCs w:val="21"/>
        </w:rPr>
        <w:t>Reasonable accommodation may be made for individuals with disabilities.</w:t>
      </w:r>
    </w:p>
    <w:p w14:paraId="3A106537" w14:textId="77777777" w:rsidR="00FD5F68" w:rsidRPr="00D763E1" w:rsidRDefault="000643FB">
      <w:pPr>
        <w:spacing w:before="200" w:after="80"/>
        <w:rPr>
          <w:b/>
          <w:color w:val="4F6F2F"/>
          <w:sz w:val="23"/>
        </w:rPr>
      </w:pPr>
      <w:r w:rsidRPr="00D763E1">
        <w:rPr>
          <w:b/>
          <w:color w:val="4F6F2F"/>
          <w:sz w:val="23"/>
        </w:rPr>
        <w:t>NOTE</w:t>
      </w:r>
    </w:p>
    <w:p w14:paraId="474E12E8" w14:textId="232D6BC7" w:rsidR="00F40976" w:rsidRPr="00BE20C8" w:rsidRDefault="000643FB" w:rsidP="00BE20C8">
      <w:pPr>
        <w:spacing w:after="0" w:line="269" w:lineRule="auto"/>
        <w:rPr>
          <w:szCs w:val="21"/>
        </w:rPr>
      </w:pPr>
      <w:r w:rsidRPr="00D763E1">
        <w:rPr>
          <w:szCs w:val="21"/>
        </w:rPr>
        <w:t>This job description does not exclude responsibilities not specifically stated, but that are apparent, related, or may develop in the normal course of duty.</w:t>
      </w:r>
    </w:p>
    <w:p w14:paraId="4A31A395" w14:textId="77777777" w:rsidR="00C90860" w:rsidRPr="00D763E1" w:rsidRDefault="00C90860">
      <w:pPr>
        <w:spacing w:after="0" w:line="269" w:lineRule="auto"/>
        <w:rPr>
          <w:szCs w:val="21"/>
        </w:rPr>
      </w:pPr>
    </w:p>
    <w:sectPr w:rsidR="00C90860" w:rsidRPr="00D763E1" w:rsidSect="00034616">
      <w:footerReference w:type="default" r:id="rId12"/>
      <w:pgSz w:w="12240" w:h="15840"/>
      <w:pgMar w:top="936" w:right="1152" w:bottom="936" w:left="1152"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CA62B27" w14:textId="77777777" w:rsidR="00893EBD" w:rsidRDefault="00893EBD">
      <w:pPr>
        <w:spacing w:after="0" w:line="240" w:lineRule="auto"/>
      </w:pPr>
      <w:r>
        <w:separator/>
      </w:r>
    </w:p>
  </w:endnote>
  <w:endnote w:type="continuationSeparator" w:id="0">
    <w:p w14:paraId="61AF79A4" w14:textId="77777777" w:rsidR="00893EBD" w:rsidRDefault="00893EB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MS Mincho">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409020205020404"/>
    <w:charset w:val="00"/>
    <w:family w:val="auto"/>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94DCC09" w14:textId="6B5D4F7F" w:rsidR="00FD5F68" w:rsidRDefault="000643FB">
    <w:pPr>
      <w:pStyle w:val="Footer"/>
      <w:spacing w:line="276" w:lineRule="auto"/>
      <w:jc w:val="center"/>
    </w:pPr>
    <w:r>
      <w:rPr>
        <w:color w:val="6E6E6E"/>
        <w:sz w:val="18"/>
      </w:rPr>
      <w:t>Proven Winners, Inc.</w:t>
    </w:r>
    <w:r w:rsidR="00031B4A">
      <w:rPr>
        <w:color w:val="6E6E6E"/>
        <w:sz w:val="18"/>
      </w:rPr>
      <w:t xml:space="preserve"> – May 2026</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8F32D9A" w14:textId="77777777" w:rsidR="00893EBD" w:rsidRDefault="00893EBD">
      <w:pPr>
        <w:spacing w:after="0" w:line="240" w:lineRule="auto"/>
      </w:pPr>
      <w:r>
        <w:separator/>
      </w:r>
    </w:p>
  </w:footnote>
  <w:footnote w:type="continuationSeparator" w:id="0">
    <w:p w14:paraId="0C3499B9" w14:textId="77777777" w:rsidR="00893EBD" w:rsidRDefault="00893EBD">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1"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2"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3"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4"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5" w15:restartNumberingAfterBreak="0">
    <w:nsid w:val="FFFFFF89"/>
    <w:multiLevelType w:val="singleLevel"/>
    <w:tmpl w:val="AB4888F2"/>
    <w:lvl w:ilvl="0">
      <w:start w:val="1"/>
      <w:numFmt w:val="bullet"/>
      <w:pStyle w:val="ListBullet"/>
      <w:lvlText w:val=""/>
      <w:lvlJc w:val="left"/>
      <w:pPr>
        <w:tabs>
          <w:tab w:val="num" w:pos="360"/>
        </w:tabs>
        <w:ind w:left="360" w:hanging="360"/>
      </w:pPr>
      <w:rPr>
        <w:rFonts w:ascii="Symbol" w:hAnsi="Symbol" w:hint="default"/>
      </w:rPr>
    </w:lvl>
  </w:abstractNum>
  <w:abstractNum w:abstractNumId="6" w15:restartNumberingAfterBreak="0">
    <w:nsid w:val="069A011A"/>
    <w:multiLevelType w:val="hybridMultilevel"/>
    <w:tmpl w:val="FA00593E"/>
    <w:lvl w:ilvl="0" w:tplc="3404F11A">
      <w:start w:val="1"/>
      <w:numFmt w:val="decimal"/>
      <w:lvlText w:val="%1."/>
      <w:lvlJc w:val="left"/>
      <w:pPr>
        <w:ind w:left="360" w:hanging="360"/>
      </w:pPr>
      <w:rPr>
        <w:b w:val="0"/>
        <w:bCs w:val="0"/>
        <w:color w:val="000000" w:themeColor="text1"/>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077263B8"/>
    <w:multiLevelType w:val="hybridMultilevel"/>
    <w:tmpl w:val="9F085EE4"/>
    <w:lvl w:ilvl="0" w:tplc="04090001">
      <w:start w:val="1"/>
      <w:numFmt w:val="bullet"/>
      <w:lvlText w:val=""/>
      <w:lvlJc w:val="left"/>
      <w:pPr>
        <w:ind w:left="360" w:hanging="360"/>
      </w:pPr>
      <w:rPr>
        <w:rFonts w:ascii="Symbol" w:hAnsi="Symbol" w:hint="default"/>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8" w15:restartNumberingAfterBreak="0">
    <w:nsid w:val="0A687A73"/>
    <w:multiLevelType w:val="hybridMultilevel"/>
    <w:tmpl w:val="291A4306"/>
    <w:lvl w:ilvl="0" w:tplc="97A4D884">
      <w:start w:val="1"/>
      <w:numFmt w:val="decimal"/>
      <w:lvlText w:val="%1."/>
      <w:lvlJc w:val="left"/>
      <w:pPr>
        <w:ind w:left="720" w:hanging="360"/>
      </w:pPr>
      <w:rPr>
        <w:b w:val="0"/>
        <w:bCs/>
        <w:color w:val="000000" w:themeColor="text1"/>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0DA47D18"/>
    <w:multiLevelType w:val="hybridMultilevel"/>
    <w:tmpl w:val="E89421D8"/>
    <w:lvl w:ilvl="0" w:tplc="FEEA183A">
      <w:numFmt w:val="bullet"/>
      <w:lvlText w:val=""/>
      <w:lvlJc w:val="left"/>
      <w:pPr>
        <w:ind w:left="720" w:hanging="360"/>
      </w:pPr>
      <w:rPr>
        <w:rFonts w:ascii="Calibri" w:eastAsiaTheme="minorEastAsia"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0F363B58"/>
    <w:multiLevelType w:val="multilevel"/>
    <w:tmpl w:val="B3E271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0F490546"/>
    <w:multiLevelType w:val="hybridMultilevel"/>
    <w:tmpl w:val="E0C697E2"/>
    <w:lvl w:ilvl="0" w:tplc="0CB6FDF0">
      <w:numFmt w:val="bullet"/>
      <w:lvlText w:val=""/>
      <w:lvlJc w:val="left"/>
      <w:pPr>
        <w:ind w:left="720" w:hanging="360"/>
      </w:pPr>
      <w:rPr>
        <w:rFonts w:ascii="Calibri" w:eastAsiaTheme="minorEastAsia"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0FC93D23"/>
    <w:multiLevelType w:val="multilevel"/>
    <w:tmpl w:val="627C9E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104B4428"/>
    <w:multiLevelType w:val="hybridMultilevel"/>
    <w:tmpl w:val="000AC2C6"/>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4" w15:restartNumberingAfterBreak="0">
    <w:nsid w:val="11010DA6"/>
    <w:multiLevelType w:val="multilevel"/>
    <w:tmpl w:val="778EE4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17914EED"/>
    <w:multiLevelType w:val="hybridMultilevel"/>
    <w:tmpl w:val="652476BA"/>
    <w:lvl w:ilvl="0" w:tplc="97A4D884">
      <w:start w:val="1"/>
      <w:numFmt w:val="decimal"/>
      <w:lvlText w:val="%1."/>
      <w:lvlJc w:val="left"/>
      <w:pPr>
        <w:ind w:left="360" w:hanging="360"/>
      </w:pPr>
      <w:rPr>
        <w:b w:val="0"/>
        <w:bCs/>
        <w:color w:val="000000" w:themeColor="text1"/>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1B8506EA"/>
    <w:multiLevelType w:val="hybridMultilevel"/>
    <w:tmpl w:val="21F080D8"/>
    <w:lvl w:ilvl="0" w:tplc="58CC0554">
      <w:start w:val="1"/>
      <w:numFmt w:val="decimal"/>
      <w:lvlText w:val="%1."/>
      <w:lvlJc w:val="left"/>
      <w:pPr>
        <w:ind w:left="360" w:hanging="360"/>
      </w:pPr>
      <w:rPr>
        <w:b w:val="0"/>
        <w:bCs/>
        <w:color w:val="000000" w:themeColor="text1"/>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7" w15:restartNumberingAfterBreak="0">
    <w:nsid w:val="1DEE5BBE"/>
    <w:multiLevelType w:val="hybridMultilevel"/>
    <w:tmpl w:val="3DE049E2"/>
    <w:lvl w:ilvl="0" w:tplc="E8DAA84E">
      <w:start w:val="1"/>
      <w:numFmt w:val="decimal"/>
      <w:lvlText w:val="%1."/>
      <w:lvlJc w:val="left"/>
      <w:pPr>
        <w:tabs>
          <w:tab w:val="num" w:pos="360"/>
        </w:tabs>
        <w:ind w:left="360" w:hanging="360"/>
      </w:pPr>
      <w:rPr>
        <w:rFonts w:hint="default"/>
        <w:b w:val="0"/>
        <w:bCs/>
      </w:rPr>
    </w:lvl>
    <w:lvl w:ilvl="1" w:tplc="FFFFFFFF" w:tentative="1">
      <w:start w:val="1"/>
      <w:numFmt w:val="lowerLetter"/>
      <w:lvlText w:val="%2."/>
      <w:lvlJc w:val="left"/>
      <w:pPr>
        <w:tabs>
          <w:tab w:val="num" w:pos="1080"/>
        </w:tabs>
        <w:ind w:left="1080" w:hanging="360"/>
      </w:pPr>
    </w:lvl>
    <w:lvl w:ilvl="2" w:tplc="FFFFFFFF" w:tentative="1">
      <w:start w:val="1"/>
      <w:numFmt w:val="lowerRoman"/>
      <w:lvlText w:val="%3."/>
      <w:lvlJc w:val="right"/>
      <w:pPr>
        <w:tabs>
          <w:tab w:val="num" w:pos="1800"/>
        </w:tabs>
        <w:ind w:left="1800" w:hanging="180"/>
      </w:p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abstractNum w:abstractNumId="18" w15:restartNumberingAfterBreak="0">
    <w:nsid w:val="20103668"/>
    <w:multiLevelType w:val="hybridMultilevel"/>
    <w:tmpl w:val="BF1C2AE2"/>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9" w15:restartNumberingAfterBreak="0">
    <w:nsid w:val="20ED5559"/>
    <w:multiLevelType w:val="multilevel"/>
    <w:tmpl w:val="778EE4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21161330"/>
    <w:multiLevelType w:val="hybridMultilevel"/>
    <w:tmpl w:val="E83ABA36"/>
    <w:lvl w:ilvl="0" w:tplc="C99E456E">
      <w:numFmt w:val="bullet"/>
      <w:lvlText w:val=""/>
      <w:lvlJc w:val="left"/>
      <w:pPr>
        <w:ind w:left="720" w:hanging="360"/>
      </w:pPr>
      <w:rPr>
        <w:rFonts w:ascii="Calibri" w:eastAsiaTheme="minorEastAsia"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2D1B30D0"/>
    <w:multiLevelType w:val="hybridMultilevel"/>
    <w:tmpl w:val="B7D293C0"/>
    <w:lvl w:ilvl="0" w:tplc="6E808D76">
      <w:numFmt w:val="bullet"/>
      <w:lvlText w:val=""/>
      <w:lvlJc w:val="left"/>
      <w:pPr>
        <w:ind w:left="720" w:hanging="360"/>
      </w:pPr>
      <w:rPr>
        <w:rFonts w:ascii="Calibri" w:eastAsiaTheme="minorEastAsia"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395E09EC"/>
    <w:multiLevelType w:val="hybridMultilevel"/>
    <w:tmpl w:val="C3D692A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438A55B4"/>
    <w:multiLevelType w:val="hybridMultilevel"/>
    <w:tmpl w:val="654ECABC"/>
    <w:lvl w:ilvl="0" w:tplc="29783986">
      <w:start w:val="1"/>
      <w:numFmt w:val="decimal"/>
      <w:lvlText w:val="%1."/>
      <w:lvlJc w:val="left"/>
      <w:pPr>
        <w:ind w:left="360" w:hanging="360"/>
      </w:pPr>
      <w:rPr>
        <w:b w:val="0"/>
        <w:bCs w:val="0"/>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4" w15:restartNumberingAfterBreak="0">
    <w:nsid w:val="49447CBF"/>
    <w:multiLevelType w:val="hybridMultilevel"/>
    <w:tmpl w:val="FB24319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4F5544EF"/>
    <w:multiLevelType w:val="multilevel"/>
    <w:tmpl w:val="778EE4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50370F6C"/>
    <w:multiLevelType w:val="hybridMultilevel"/>
    <w:tmpl w:val="C94292F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53256E0F"/>
    <w:multiLevelType w:val="hybridMultilevel"/>
    <w:tmpl w:val="8FFC3506"/>
    <w:lvl w:ilvl="0" w:tplc="6E808D76">
      <w:numFmt w:val="bullet"/>
      <w:lvlText w:val=""/>
      <w:lvlJc w:val="left"/>
      <w:pPr>
        <w:ind w:left="720" w:hanging="360"/>
      </w:pPr>
      <w:rPr>
        <w:rFonts w:ascii="Calibri" w:eastAsiaTheme="minorEastAsia"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580F0D60"/>
    <w:multiLevelType w:val="multilevel"/>
    <w:tmpl w:val="778EE4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5F6B5142"/>
    <w:multiLevelType w:val="hybridMultilevel"/>
    <w:tmpl w:val="45AAF564"/>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0" w15:restartNumberingAfterBreak="0">
    <w:nsid w:val="5FEF1AF4"/>
    <w:multiLevelType w:val="hybridMultilevel"/>
    <w:tmpl w:val="951A69B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604B5D7C"/>
    <w:multiLevelType w:val="multilevel"/>
    <w:tmpl w:val="778EE4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15:restartNumberingAfterBreak="0">
    <w:nsid w:val="668379F1"/>
    <w:multiLevelType w:val="multilevel"/>
    <w:tmpl w:val="778EE4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15:restartNumberingAfterBreak="0">
    <w:nsid w:val="68EB464F"/>
    <w:multiLevelType w:val="hybridMultilevel"/>
    <w:tmpl w:val="8C680F7A"/>
    <w:lvl w:ilvl="0" w:tplc="0CB6FDF0">
      <w:numFmt w:val="bullet"/>
      <w:lvlText w:val=""/>
      <w:lvlJc w:val="left"/>
      <w:pPr>
        <w:ind w:left="720" w:hanging="360"/>
      </w:pPr>
      <w:rPr>
        <w:rFonts w:ascii="Calibri" w:eastAsiaTheme="minorEastAsia"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15:restartNumberingAfterBreak="0">
    <w:nsid w:val="6BE74521"/>
    <w:multiLevelType w:val="hybridMultilevel"/>
    <w:tmpl w:val="85E08C04"/>
    <w:lvl w:ilvl="0" w:tplc="0409000F">
      <w:start w:val="1"/>
      <w:numFmt w:val="decimal"/>
      <w:lvlText w:val="%1."/>
      <w:lvlJc w:val="left"/>
      <w:pPr>
        <w:tabs>
          <w:tab w:val="num" w:pos="360"/>
        </w:tabs>
        <w:ind w:left="360" w:hanging="360"/>
      </w:pPr>
      <w:rPr>
        <w:rFonts w:hint="default"/>
        <w:b/>
      </w:rPr>
    </w:lvl>
    <w:lvl w:ilvl="1" w:tplc="5546E068">
      <w:start w:val="1"/>
      <w:numFmt w:val="decimal"/>
      <w:lvlText w:val="%2."/>
      <w:lvlJc w:val="left"/>
      <w:pPr>
        <w:tabs>
          <w:tab w:val="num" w:pos="360"/>
        </w:tabs>
        <w:ind w:left="360" w:hanging="360"/>
      </w:pPr>
      <w:rPr>
        <w:rFonts w:hint="default"/>
        <w:b/>
        <w:i w:val="0"/>
      </w:r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35" w15:restartNumberingAfterBreak="0">
    <w:nsid w:val="72F27E55"/>
    <w:multiLevelType w:val="multilevel"/>
    <w:tmpl w:val="29D63F10"/>
    <w:lvl w:ilvl="0">
      <w:start w:val="1"/>
      <w:numFmt w:val="decimal"/>
      <w:lvlText w:val="%1."/>
      <w:lvlJc w:val="left"/>
      <w:pPr>
        <w:tabs>
          <w:tab w:val="num" w:pos="720"/>
        </w:tabs>
        <w:ind w:left="720" w:hanging="360"/>
      </w:pPr>
      <w:rPr>
        <w:rFonts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 w15:restartNumberingAfterBreak="0">
    <w:nsid w:val="76A7386E"/>
    <w:multiLevelType w:val="hybridMultilevel"/>
    <w:tmpl w:val="909C3200"/>
    <w:lvl w:ilvl="0" w:tplc="6E808D76">
      <w:numFmt w:val="bullet"/>
      <w:lvlText w:val=""/>
      <w:lvlJc w:val="left"/>
      <w:pPr>
        <w:ind w:left="360" w:hanging="360"/>
      </w:pPr>
      <w:rPr>
        <w:rFonts w:ascii="Calibri" w:eastAsiaTheme="minorEastAsia" w:hAnsi="Calibri" w:cs="Calibri" w:hint="default"/>
        <w:b w:val="0"/>
        <w:bCs/>
        <w:color w:val="000000" w:themeColor="text1"/>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7" w15:restartNumberingAfterBreak="0">
    <w:nsid w:val="77402885"/>
    <w:multiLevelType w:val="multilevel"/>
    <w:tmpl w:val="778EE4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8" w15:restartNumberingAfterBreak="0">
    <w:nsid w:val="7B1226FC"/>
    <w:multiLevelType w:val="hybridMultilevel"/>
    <w:tmpl w:val="85E08C04"/>
    <w:lvl w:ilvl="0" w:tplc="0409000F">
      <w:start w:val="1"/>
      <w:numFmt w:val="decimal"/>
      <w:lvlText w:val="%1."/>
      <w:lvlJc w:val="left"/>
      <w:pPr>
        <w:tabs>
          <w:tab w:val="num" w:pos="360"/>
        </w:tabs>
        <w:ind w:left="360" w:hanging="360"/>
      </w:pPr>
      <w:rPr>
        <w:rFonts w:hint="default"/>
        <w:b/>
      </w:rPr>
    </w:lvl>
    <w:lvl w:ilvl="1" w:tplc="5546E068">
      <w:start w:val="1"/>
      <w:numFmt w:val="decimal"/>
      <w:lvlText w:val="%2."/>
      <w:lvlJc w:val="left"/>
      <w:pPr>
        <w:tabs>
          <w:tab w:val="num" w:pos="360"/>
        </w:tabs>
        <w:ind w:left="360" w:hanging="360"/>
      </w:pPr>
      <w:rPr>
        <w:rFonts w:hint="default"/>
        <w:b/>
        <w:i w:val="0"/>
      </w:r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39" w15:restartNumberingAfterBreak="0">
    <w:nsid w:val="7D6D1A8A"/>
    <w:multiLevelType w:val="hybridMultilevel"/>
    <w:tmpl w:val="A668941C"/>
    <w:lvl w:ilvl="0" w:tplc="58CC0554">
      <w:start w:val="1"/>
      <w:numFmt w:val="decimal"/>
      <w:lvlText w:val="%1."/>
      <w:lvlJc w:val="left"/>
      <w:pPr>
        <w:ind w:left="360" w:hanging="360"/>
      </w:pPr>
      <w:rPr>
        <w:b w:val="0"/>
        <w:bCs/>
        <w:color w:val="000000" w:themeColor="text1"/>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2120946160">
    <w:abstractNumId w:val="5"/>
  </w:num>
  <w:num w:numId="2" w16cid:durableId="1891261300">
    <w:abstractNumId w:val="3"/>
  </w:num>
  <w:num w:numId="3" w16cid:durableId="1093474716">
    <w:abstractNumId w:val="2"/>
  </w:num>
  <w:num w:numId="4" w16cid:durableId="965770833">
    <w:abstractNumId w:val="4"/>
  </w:num>
  <w:num w:numId="5" w16cid:durableId="1264341445">
    <w:abstractNumId w:val="1"/>
  </w:num>
  <w:num w:numId="6" w16cid:durableId="419060209">
    <w:abstractNumId w:val="0"/>
  </w:num>
  <w:num w:numId="7" w16cid:durableId="1944023060">
    <w:abstractNumId w:val="8"/>
  </w:num>
  <w:num w:numId="8" w16cid:durableId="188420618">
    <w:abstractNumId w:val="24"/>
  </w:num>
  <w:num w:numId="9" w16cid:durableId="93787988">
    <w:abstractNumId w:val="15"/>
  </w:num>
  <w:num w:numId="10" w16cid:durableId="776607446">
    <w:abstractNumId w:val="22"/>
  </w:num>
  <w:num w:numId="11" w16cid:durableId="466440432">
    <w:abstractNumId w:val="38"/>
  </w:num>
  <w:num w:numId="12" w16cid:durableId="1995448259">
    <w:abstractNumId w:val="23"/>
  </w:num>
  <w:num w:numId="13" w16cid:durableId="389765817">
    <w:abstractNumId w:val="34"/>
  </w:num>
  <w:num w:numId="14" w16cid:durableId="973102584">
    <w:abstractNumId w:val="26"/>
  </w:num>
  <w:num w:numId="15" w16cid:durableId="1667397449">
    <w:abstractNumId w:val="6"/>
  </w:num>
  <w:num w:numId="16" w16cid:durableId="1871262329">
    <w:abstractNumId w:val="13"/>
  </w:num>
  <w:num w:numId="17" w16cid:durableId="1820807106">
    <w:abstractNumId w:val="17"/>
  </w:num>
  <w:num w:numId="18" w16cid:durableId="1033191760">
    <w:abstractNumId w:val="29"/>
  </w:num>
  <w:num w:numId="19" w16cid:durableId="1042751712">
    <w:abstractNumId w:val="20"/>
  </w:num>
  <w:num w:numId="20" w16cid:durableId="181827679">
    <w:abstractNumId w:val="18"/>
  </w:num>
  <w:num w:numId="21" w16cid:durableId="1684744044">
    <w:abstractNumId w:val="33"/>
  </w:num>
  <w:num w:numId="22" w16cid:durableId="2033649047">
    <w:abstractNumId w:val="11"/>
  </w:num>
  <w:num w:numId="23" w16cid:durableId="193227963">
    <w:abstractNumId w:val="31"/>
  </w:num>
  <w:num w:numId="24" w16cid:durableId="1633902591">
    <w:abstractNumId w:val="14"/>
  </w:num>
  <w:num w:numId="25" w16cid:durableId="624315507">
    <w:abstractNumId w:val="35"/>
  </w:num>
  <w:num w:numId="26" w16cid:durableId="138766383">
    <w:abstractNumId w:val="12"/>
  </w:num>
  <w:num w:numId="27" w16cid:durableId="1116826574">
    <w:abstractNumId w:val="10"/>
  </w:num>
  <w:num w:numId="28" w16cid:durableId="2044017155">
    <w:abstractNumId w:val="19"/>
  </w:num>
  <w:num w:numId="29" w16cid:durableId="626131212">
    <w:abstractNumId w:val="37"/>
  </w:num>
  <w:num w:numId="30" w16cid:durableId="1094788276">
    <w:abstractNumId w:val="25"/>
  </w:num>
  <w:num w:numId="31" w16cid:durableId="1054087208">
    <w:abstractNumId w:val="28"/>
  </w:num>
  <w:num w:numId="32" w16cid:durableId="1554538726">
    <w:abstractNumId w:val="32"/>
  </w:num>
  <w:num w:numId="33" w16cid:durableId="1465268141">
    <w:abstractNumId w:val="16"/>
  </w:num>
  <w:num w:numId="34" w16cid:durableId="1953977923">
    <w:abstractNumId w:val="9"/>
  </w:num>
  <w:num w:numId="35" w16cid:durableId="400031913">
    <w:abstractNumId w:val="39"/>
  </w:num>
  <w:num w:numId="36" w16cid:durableId="1864786694">
    <w:abstractNumId w:val="27"/>
  </w:num>
  <w:num w:numId="37" w16cid:durableId="40062018">
    <w:abstractNumId w:val="36"/>
  </w:num>
  <w:num w:numId="38" w16cid:durableId="344869159">
    <w:abstractNumId w:val="21"/>
  </w:num>
  <w:num w:numId="39" w16cid:durableId="1295410898">
    <w:abstractNumId w:val="7"/>
  </w:num>
  <w:num w:numId="40" w16cid:durableId="540165443">
    <w:abstractNumId w:val="3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47730"/>
    <w:rsid w:val="00013A9B"/>
    <w:rsid w:val="000143DA"/>
    <w:rsid w:val="00031B4A"/>
    <w:rsid w:val="0003437A"/>
    <w:rsid w:val="00034616"/>
    <w:rsid w:val="0003788C"/>
    <w:rsid w:val="000379F5"/>
    <w:rsid w:val="00043D19"/>
    <w:rsid w:val="0006063C"/>
    <w:rsid w:val="000643FB"/>
    <w:rsid w:val="0008497B"/>
    <w:rsid w:val="000A6ADE"/>
    <w:rsid w:val="000B6BD0"/>
    <w:rsid w:val="000F73D6"/>
    <w:rsid w:val="0011552B"/>
    <w:rsid w:val="0014394C"/>
    <w:rsid w:val="00143AC9"/>
    <w:rsid w:val="0015074B"/>
    <w:rsid w:val="00161F84"/>
    <w:rsid w:val="00192056"/>
    <w:rsid w:val="00192064"/>
    <w:rsid w:val="00197251"/>
    <w:rsid w:val="001B57F9"/>
    <w:rsid w:val="001D10D1"/>
    <w:rsid w:val="001F2C38"/>
    <w:rsid w:val="002644F9"/>
    <w:rsid w:val="0029639D"/>
    <w:rsid w:val="002A0C45"/>
    <w:rsid w:val="002B66BB"/>
    <w:rsid w:val="002F5B6A"/>
    <w:rsid w:val="00310CFC"/>
    <w:rsid w:val="00326F90"/>
    <w:rsid w:val="00332AA0"/>
    <w:rsid w:val="00333040"/>
    <w:rsid w:val="00341E72"/>
    <w:rsid w:val="0034308E"/>
    <w:rsid w:val="00344C0A"/>
    <w:rsid w:val="003460ED"/>
    <w:rsid w:val="00366DAB"/>
    <w:rsid w:val="00395F25"/>
    <w:rsid w:val="003B340F"/>
    <w:rsid w:val="003B733D"/>
    <w:rsid w:val="003D6354"/>
    <w:rsid w:val="00415543"/>
    <w:rsid w:val="00446620"/>
    <w:rsid w:val="0048696C"/>
    <w:rsid w:val="004A173E"/>
    <w:rsid w:val="004A2CB9"/>
    <w:rsid w:val="004B65AA"/>
    <w:rsid w:val="004D51B2"/>
    <w:rsid w:val="004D6E5B"/>
    <w:rsid w:val="004E6B10"/>
    <w:rsid w:val="00520C90"/>
    <w:rsid w:val="0052725E"/>
    <w:rsid w:val="0053566E"/>
    <w:rsid w:val="0054460D"/>
    <w:rsid w:val="00561F85"/>
    <w:rsid w:val="00583667"/>
    <w:rsid w:val="005D20EC"/>
    <w:rsid w:val="005D680C"/>
    <w:rsid w:val="00626761"/>
    <w:rsid w:val="00627CD5"/>
    <w:rsid w:val="006610D8"/>
    <w:rsid w:val="00676A8D"/>
    <w:rsid w:val="006E63EB"/>
    <w:rsid w:val="0073686D"/>
    <w:rsid w:val="00757460"/>
    <w:rsid w:val="00766349"/>
    <w:rsid w:val="007A72B3"/>
    <w:rsid w:val="007B0719"/>
    <w:rsid w:val="008137EC"/>
    <w:rsid w:val="008603E3"/>
    <w:rsid w:val="0086320F"/>
    <w:rsid w:val="008877E3"/>
    <w:rsid w:val="00893EBD"/>
    <w:rsid w:val="008B6C2F"/>
    <w:rsid w:val="00900113"/>
    <w:rsid w:val="009444CA"/>
    <w:rsid w:val="0096301A"/>
    <w:rsid w:val="009655B8"/>
    <w:rsid w:val="009A0E2F"/>
    <w:rsid w:val="009A5378"/>
    <w:rsid w:val="009B4084"/>
    <w:rsid w:val="009C160F"/>
    <w:rsid w:val="009C4DF0"/>
    <w:rsid w:val="009D34D4"/>
    <w:rsid w:val="009E0622"/>
    <w:rsid w:val="009E2247"/>
    <w:rsid w:val="00A03D28"/>
    <w:rsid w:val="00A11B30"/>
    <w:rsid w:val="00A513E1"/>
    <w:rsid w:val="00A94423"/>
    <w:rsid w:val="00AA1D8D"/>
    <w:rsid w:val="00AC5EFA"/>
    <w:rsid w:val="00AE22F6"/>
    <w:rsid w:val="00B265AB"/>
    <w:rsid w:val="00B446BB"/>
    <w:rsid w:val="00B47730"/>
    <w:rsid w:val="00B83E17"/>
    <w:rsid w:val="00BA6643"/>
    <w:rsid w:val="00BE20C8"/>
    <w:rsid w:val="00BF02AB"/>
    <w:rsid w:val="00C1143E"/>
    <w:rsid w:val="00C220A4"/>
    <w:rsid w:val="00C31B1B"/>
    <w:rsid w:val="00C90860"/>
    <w:rsid w:val="00CA673B"/>
    <w:rsid w:val="00CB0664"/>
    <w:rsid w:val="00CF0B44"/>
    <w:rsid w:val="00CF686F"/>
    <w:rsid w:val="00D1003F"/>
    <w:rsid w:val="00D234D0"/>
    <w:rsid w:val="00D35A13"/>
    <w:rsid w:val="00D37396"/>
    <w:rsid w:val="00D63FD7"/>
    <w:rsid w:val="00D67BE2"/>
    <w:rsid w:val="00D74E74"/>
    <w:rsid w:val="00D763E1"/>
    <w:rsid w:val="00D76A8B"/>
    <w:rsid w:val="00DC0BF5"/>
    <w:rsid w:val="00DD3825"/>
    <w:rsid w:val="00DF3478"/>
    <w:rsid w:val="00DF370B"/>
    <w:rsid w:val="00DF6F3D"/>
    <w:rsid w:val="00DF7819"/>
    <w:rsid w:val="00E13141"/>
    <w:rsid w:val="00E66825"/>
    <w:rsid w:val="00E953E3"/>
    <w:rsid w:val="00EB5E25"/>
    <w:rsid w:val="00EC6A60"/>
    <w:rsid w:val="00EF2B82"/>
    <w:rsid w:val="00F078F1"/>
    <w:rsid w:val="00F40976"/>
    <w:rsid w:val="00F544A9"/>
    <w:rsid w:val="00FC693F"/>
    <w:rsid w:val="00FD5F68"/>
    <w:rsid w:val="00FF5C35"/>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5456D8A4"/>
  <w14:defaultImageDpi w14:val="300"/>
  <w15:docId w15:val="{5935DC03-4186-4B53-BBD0-9F741D7EB29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C693F"/>
    <w:rPr>
      <w:rFonts w:ascii="Calibri" w:hAnsi="Calibri"/>
      <w:sz w:val="21"/>
    </w:rPr>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1"/>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4"/>
      </w:numPr>
      <w:contextualSpacing/>
    </w:pPr>
  </w:style>
  <w:style w:type="paragraph" w:styleId="ListNumber2">
    <w:name w:val="List Number 2"/>
    <w:basedOn w:val="Normal"/>
    <w:uiPriority w:val="99"/>
    <w:unhideWhenUsed/>
    <w:rsid w:val="0029639D"/>
    <w:pPr>
      <w:numPr>
        <w:numId w:val="5"/>
      </w:numPr>
      <w:contextualSpacing/>
    </w:pPr>
  </w:style>
  <w:style w:type="paragraph" w:styleId="ListNumber3">
    <w:name w:val="List Number 3"/>
    <w:basedOn w:val="Normal"/>
    <w:uiPriority w:val="99"/>
    <w:unhideWhenUsed/>
    <w:rsid w:val="0029639D"/>
    <w:pPr>
      <w:numPr>
        <w:numId w:val="6"/>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yes_x002f_no xmlns="523c5fe7-8469-4dc5-adc3-b318ee8780c8">true</yes_x002f_no>
    <TaxCatchAll xmlns="c3947d5f-374f-4ed5-b1f7-e24e6714084b" xsi:nil="true"/>
    <lcf76f155ced4ddcb4097134ff3c332f xmlns="523c5fe7-8469-4dc5-adc3-b318ee8780c8">
      <Terms xmlns="http://schemas.microsoft.com/office/infopath/2007/PartnerControls"/>
    </lcf76f155ced4ddcb4097134ff3c332f>
  </documentManagement>
</p:properties>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ct:contentTypeSchema xmlns:ct="http://schemas.microsoft.com/office/2006/metadata/contentType" xmlns:ma="http://schemas.microsoft.com/office/2006/metadata/properties/metaAttributes" ct:_="" ma:_="" ma:contentTypeName="Document" ma:contentTypeID="0x0101001E118D5605A1D14F9689C2BA347A27AD" ma:contentTypeVersion="21" ma:contentTypeDescription="Create a new document." ma:contentTypeScope="" ma:versionID="5d2a90c3d0f6ddef9fec766ef63ec178">
  <xsd:schema xmlns:xsd="http://www.w3.org/2001/XMLSchema" xmlns:xs="http://www.w3.org/2001/XMLSchema" xmlns:p="http://schemas.microsoft.com/office/2006/metadata/properties" xmlns:ns2="523c5fe7-8469-4dc5-adc3-b318ee8780c8" xmlns:ns3="c3947d5f-374f-4ed5-b1f7-e24e6714084b" targetNamespace="http://schemas.microsoft.com/office/2006/metadata/properties" ma:root="true" ma:fieldsID="ccc80da2a323077dc61ba531c50d06fe" ns2:_="" ns3:_="">
    <xsd:import namespace="523c5fe7-8469-4dc5-adc3-b318ee8780c8"/>
    <xsd:import namespace="c3947d5f-374f-4ed5-b1f7-e24e6714084b"/>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LengthInSecond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3:SharedWithUsers" minOccurs="0"/>
                <xsd:element ref="ns3:SharedWithDetails" minOccurs="0"/>
                <xsd:element ref="ns2:MediaServiceObjectDetectorVersions" minOccurs="0"/>
                <xsd:element ref="ns2:MediaServiceLocation" minOccurs="0"/>
                <xsd:element ref="ns2:MediaServiceSearchProperties" minOccurs="0"/>
                <xsd:element ref="ns2:yes_x002f_no"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23c5fe7-8469-4dc5-adc3-b318ee8780c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dexed="true" ma:internalName="MediaServiceDateTaken" ma:readOnly="true">
      <xsd:simpleType>
        <xsd:restriction base="dms:Text"/>
      </xsd:simpleType>
    </xsd:element>
    <xsd:element name="MediaLengthInSeconds" ma:index="11" nillable="true" ma:displayName="MediaLengthInSeconds" ma:hidden="true" ma:internalName="MediaLengthInSeconds" ma:readOnly="true">
      <xsd:simpleType>
        <xsd:restriction base="dms:Unknown"/>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75a4cf96-0341-454e-a0a1-718595b4fa01"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ObjectDetectorVersions" ma:index="20" nillable="true" ma:displayName="MediaServiceObjectDetectorVersions" ma:hidden="true" ma:indexed="true" ma:internalName="MediaServiceObjectDetectorVersions" ma:readOnly="true">
      <xsd:simpleType>
        <xsd:restriction base="dms:Text"/>
      </xsd:simpleType>
    </xsd:element>
    <xsd:element name="MediaServiceLocation" ma:index="21" nillable="true" ma:displayName="Location" ma:indexed="true" ma:internalName="MediaServiceLocation"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element name="yes_x002f_no" ma:index="23" nillable="true" ma:displayName="yes/no" ma:default="1" ma:format="Dropdown" ma:internalName="yes_x002f_no">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c3947d5f-374f-4ed5-b1f7-e24e6714084b"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a2340b55-abad-4771-9b15-56c0b9a6b7de}" ma:internalName="TaxCatchAll" ma:showField="CatchAllData" ma:web="c3947d5f-374f-4ed5-b1f7-e24e6714084b">
      <xsd:complexType>
        <xsd:complexContent>
          <xsd:extension base="dms:MultiChoiceLookup">
            <xsd:sequence>
              <xsd:element name="Value" type="dms:Lookup" maxOccurs="unbounded" minOccurs="0" nillable="true"/>
            </xsd:sequence>
          </xsd:extension>
        </xsd:complexContent>
      </xsd:complexType>
    </xsd:element>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DE44E22D-5345-40F4-A38A-513283B2EF74}">
  <ds:schemaRefs>
    <ds:schemaRef ds:uri="http://schemas.microsoft.com/sharepoint/v3/contenttype/forms"/>
  </ds:schemaRefs>
</ds:datastoreItem>
</file>

<file path=customXml/itemProps2.xml><?xml version="1.0" encoding="utf-8"?>
<ds:datastoreItem xmlns:ds="http://schemas.openxmlformats.org/officeDocument/2006/customXml" ds:itemID="{6606FBA6-DDFB-4411-951F-94C32D206B00}">
  <ds:schemaRefs>
    <ds:schemaRef ds:uri="http://schemas.microsoft.com/office/2006/metadata/properties"/>
    <ds:schemaRef ds:uri="http://schemas.microsoft.com/office/infopath/2007/PartnerControls"/>
    <ds:schemaRef ds:uri="523c5fe7-8469-4dc5-adc3-b318ee8780c8"/>
    <ds:schemaRef ds:uri="c3947d5f-374f-4ed5-b1f7-e24e6714084b"/>
  </ds:schemaRefs>
</ds:datastoreItem>
</file>

<file path=customXml/itemProps3.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customXml/itemProps4.xml><?xml version="1.0" encoding="utf-8"?>
<ds:datastoreItem xmlns:ds="http://schemas.openxmlformats.org/officeDocument/2006/customXml" ds:itemID="{725C16CF-4F6D-438D-854C-84BC75F6802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23c5fe7-8469-4dc5-adc3-b318ee8780c8"/>
    <ds:schemaRef ds:uri="c3947d5f-374f-4ed5-b1f7-e24e6714084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984</Words>
  <Characters>5611</Characters>
  <Application>Microsoft Office Word</Application>
  <DocSecurity>0</DocSecurity>
  <Lines>46</Lines>
  <Paragraphs>13</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6582</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Danielle Antieau</cp:lastModifiedBy>
  <cp:revision>2</cp:revision>
  <dcterms:created xsi:type="dcterms:W3CDTF">2026-08-28T17:28:00Z</dcterms:created>
  <dcterms:modified xsi:type="dcterms:W3CDTF">2026-08-28T17:28:00Z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0x0101001E118D5605A1D14F9689C2BA347A27AD</vt:lpwstr>
  </property>
  <property fmtid="{D5CDD505-2E9C-101B-9397-08002B2CF9AE}" pid="3" name="MediaServiceImageTags">
    <vt:lpwstr/>
  </property>
</Properties>
</file>